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6F8" w:rsidRPr="003676F8" w:rsidRDefault="003676F8">
      <w:pPr>
        <w:autoSpaceDE w:val="0"/>
        <w:autoSpaceDN w:val="0"/>
        <w:spacing w:after="216" w:line="220" w:lineRule="exact"/>
        <w:rPr>
          <w:lang w:val="ru-RU"/>
        </w:rPr>
      </w:pPr>
    </w:p>
    <w:p w:rsidR="00600E8E" w:rsidRDefault="00600E8E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>
        <w:rPr>
          <w:rFonts w:ascii="Times New Roman" w:eastAsia="Times New Roman" w:hAnsi="Times New Roman"/>
          <w:b/>
          <w:noProof/>
          <w:color w:val="000000"/>
          <w:sz w:val="24"/>
          <w:lang w:val="ru-RU" w:eastAsia="ru-RU"/>
        </w:rPr>
        <w:drawing>
          <wp:inline distT="0" distB="0" distL="0" distR="0">
            <wp:extent cx="6720840" cy="9860026"/>
            <wp:effectExtent l="0" t="0" r="3810" b="8255"/>
            <wp:docPr id="4" name="Рисунок 4" descr="C:\Users\Гузалия\Desktop\тыыш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алия\Desktop\тыыш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840" cy="986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E8E" w:rsidRDefault="00600E8E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8C3C30" w:rsidRPr="003676F8" w:rsidRDefault="00600E8E">
      <w:pPr>
        <w:autoSpaceDE w:val="0"/>
        <w:autoSpaceDN w:val="0"/>
        <w:spacing w:after="0" w:line="230" w:lineRule="auto"/>
        <w:rPr>
          <w:lang w:val="ru-RU"/>
        </w:rPr>
      </w:pPr>
      <w:r>
        <w:rPr>
          <w:rFonts w:ascii="Times New Roman" w:eastAsia="Times New Roman" w:hAnsi="Times New Roman"/>
          <w:b/>
          <w:color w:val="000000"/>
          <w:sz w:val="24"/>
          <w:lang w:val="ru-RU"/>
        </w:rPr>
        <w:t>П</w:t>
      </w:r>
      <w:r w:rsidR="00951135" w:rsidRPr="003676F8">
        <w:rPr>
          <w:rFonts w:ascii="Times New Roman" w:eastAsia="Times New Roman" w:hAnsi="Times New Roman"/>
          <w:b/>
          <w:color w:val="000000"/>
          <w:sz w:val="24"/>
          <w:lang w:val="ru-RU"/>
        </w:rPr>
        <w:t>ОЯСНИТЕЛЬНАЯ ЗАПИСКА</w:t>
      </w:r>
    </w:p>
    <w:p w:rsidR="008C3C30" w:rsidRPr="003F48FC" w:rsidRDefault="00951135">
      <w:pPr>
        <w:autoSpaceDE w:val="0"/>
        <w:autoSpaceDN w:val="0"/>
        <w:spacing w:before="346" w:after="0" w:line="286" w:lineRule="auto"/>
        <w:ind w:right="144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по английскому языку для обучающихся 5 классов составлена на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основе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«Т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ребований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к результатам освоения основной образовательной программы», представленных в Федеральном государственном образовательном стандарте основного общего образования, с учётом распределённых по классам проверяемых требований к результатам освоения основной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образовательной программы основного общего образования и элементов содержания,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представленных в Универсальном кодификаторе по иностранному (английскому) языку, а также на основе характеристики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планируемых результатов духовно-нравственного развития, воспитания и социализации обучающихся, представленной в Примерной программе воспитания (одобрено решением ФУМО от 02.06.2020 г.).</w:t>
      </w:r>
      <w:proofErr w:type="gramEnd"/>
    </w:p>
    <w:p w:rsidR="008C3C30" w:rsidRPr="003F48FC" w:rsidRDefault="00951135">
      <w:pPr>
        <w:autoSpaceDE w:val="0"/>
        <w:autoSpaceDN w:val="0"/>
        <w:spacing w:before="264" w:after="0" w:line="262" w:lineRule="auto"/>
        <w:rPr>
          <w:lang w:val="ru-RU"/>
        </w:rPr>
      </w:pP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«ИНОСТРАННЫЙ (АНГЛИЙСКИЙ) ЯЗЫК »</w:t>
      </w:r>
    </w:p>
    <w:p w:rsidR="008C3C30" w:rsidRPr="003F48FC" w:rsidRDefault="00951135">
      <w:pPr>
        <w:autoSpaceDE w:val="0"/>
        <w:autoSpaceDN w:val="0"/>
        <w:spacing w:before="166" w:after="0" w:line="286" w:lineRule="auto"/>
        <w:ind w:right="288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Предмету «Иностранный (английский) язык» принадлежит важное место в системе общего образования и воспитания современного школьника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языков как инструмента межличностного и межкультурного взаимодействия, способствует их общему речевому развитию, воспитанию гражданской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идентичности, расширению кругозора, воспитанию чувств и эмоций. Наряду с этим иностранный язык выступает инструментом овладения другими предметными областями в сфере гуманитарных, математических,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естественно-научных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и других наук и становится важной составляющей базы для общего и специального образования.</w:t>
      </w:r>
    </w:p>
    <w:p w:rsidR="008C3C30" w:rsidRPr="003F48FC" w:rsidRDefault="00951135">
      <w:pPr>
        <w:autoSpaceDE w:val="0"/>
        <w:autoSpaceDN w:val="0"/>
        <w:spacing w:before="190" w:after="0" w:line="281" w:lineRule="auto"/>
        <w:ind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 последние десятилетия наблюдается трансформация взглядов на владение иностранным языком, усиление общественных запросов на квалифицированных и мобильных людей, способных быстро адаптироваться к изменяющимся потребностям общества, овладевать новыми компетенциями.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самообразования.</w:t>
      </w:r>
    </w:p>
    <w:p w:rsidR="008C3C30" w:rsidRPr="003F48FC" w:rsidRDefault="00951135">
      <w:pPr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Владение иностранным языком сейчас рассматривается как часть профессии, поэтому он является универсальным предметом, которым стремятся овладеть современные школьники независимо от выбранных ими профильных предметов (математика, история, химия, физика и др.). Таким образом, владение иностранным языком становится одним из важнейших средств социализации и успешной профессиональной деятельности выпускника школы.</w:t>
      </w:r>
    </w:p>
    <w:p w:rsidR="008C3C30" w:rsidRPr="003F48FC" w:rsidRDefault="00951135">
      <w:pPr>
        <w:autoSpaceDE w:val="0"/>
        <w:autoSpaceDN w:val="0"/>
        <w:spacing w:before="190" w:after="0" w:line="281" w:lineRule="auto"/>
        <w:ind w:right="288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Возрастает значимость владения разными иностранными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языками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как в качестве первого, так и в качество второго. Расширение номенклатуры изучаемых языков соответствует стратегическим интересам России в эпоху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постглобализации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и многополярного мира. Знание родного языка экономического или политического партнёра обеспечивает более эффективное общение,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учитывающее особенности культуры партнёра, что позволяет успешнее решать возникающие проблемы и избегать конфликтов.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62" w:lineRule="auto"/>
        <w:ind w:right="1728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Естественно, возрастание значимости владения иностранными языками приводит к переосмыслению целей и содержания обучения предмету.</w:t>
      </w:r>
    </w:p>
    <w:p w:rsidR="008C3C30" w:rsidRPr="003F48FC" w:rsidRDefault="00951135">
      <w:pPr>
        <w:autoSpaceDE w:val="0"/>
        <w:autoSpaceDN w:val="0"/>
        <w:spacing w:before="262" w:after="0" w:line="230" w:lineRule="auto"/>
        <w:rPr>
          <w:lang w:val="ru-RU"/>
        </w:rPr>
      </w:pP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«ИНОСТРАННЫЙ (АНГЛИЙСКИЙ) ЯЗЫК»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66" w:after="0" w:line="262" w:lineRule="auto"/>
        <w:ind w:right="144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 свете сказанного выше цели иноязычного образования становятся более сложными по структуре, формулируются на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ценностном, когнитивном и прагматическом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уровнях и, соответственно,</w:t>
      </w:r>
      <w:proofErr w:type="gramEnd"/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436" w:right="650" w:bottom="35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66" w:line="220" w:lineRule="exact"/>
        <w:rPr>
          <w:lang w:val="ru-RU"/>
        </w:rPr>
      </w:pPr>
    </w:p>
    <w:p w:rsidR="008C3C30" w:rsidRPr="003F48FC" w:rsidRDefault="00951135">
      <w:pPr>
        <w:autoSpaceDE w:val="0"/>
        <w:autoSpaceDN w:val="0"/>
        <w:spacing w:after="0" w:line="281" w:lineRule="auto"/>
        <w:ind w:right="432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воплощаются в личностных,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метапредметных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общеучебных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/универсальных и предметных результатах обучения. А иностранные языки признаются средством общения и ценным ресурсом личности для самореализации и социальной адаптации; инструментом развития умений поиска, обработки и использования информации в познавательных целях, одним из средств воспитания каче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ств гр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ажданина, патриота; развития национального самосознания, стремления к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взаимопониманию между людьми разных стран.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На прагматическом уровне </w:t>
      </w:r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целью иноязычного образования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провозглашено формирование коммуникативной компетенции обучающихся в единстве таких её составляющих, как речевая, языковая, социокультурная, компенсаторная компетенции: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—  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речевая компетенция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— развитие коммуникативных умений в четырёх основных видах речевой деятельности (говорении,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аудировании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, чтении, письме);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—  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языковая компетенция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— овладение новыми языковыми средствами (фонетическими,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орфографическими, лексическими, грамматическими) в соответствии </w:t>
      </w:r>
      <w:r>
        <w:rPr>
          <w:rFonts w:ascii="Times New Roman" w:eastAsia="Times New Roman" w:hAnsi="Times New Roman"/>
          <w:color w:val="000000"/>
          <w:sz w:val="24"/>
        </w:rPr>
        <w:t>c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отобранными темами общения;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освоение знаний о языковых явлениях изучаемого языка, разных способах выражения мысли в родном и иностранном языках;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—  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социокультурная/межкультурная компетенция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— приобщение к культуре, традициям реалиям стран/страны изучаемого языка в рамках тем и ситуаций общения, отвечающих опыту, интересам, психологическим особенностям учащихся основной школы на разных её этапах; формирование умения представлять свою страну, её культуру в условиях межкультурного общения;</w:t>
      </w:r>
      <w:proofErr w:type="gramEnd"/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—  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компенсаторная компетенция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— развитие умений выходить из положения в условиях дефицита языковых сре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дств пр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и получении и передаче информации.</w:t>
      </w:r>
    </w:p>
    <w:p w:rsidR="008C3C30" w:rsidRPr="003F48FC" w:rsidRDefault="00951135">
      <w:pPr>
        <w:autoSpaceDE w:val="0"/>
        <w:autoSpaceDN w:val="0"/>
        <w:spacing w:before="190" w:after="0"/>
        <w:ind w:right="720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Наряду с иноязычной коммуникативной компетенцией средствами иностранного языка формируются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>ключевые универсальные учебные компетенции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</w:t>
      </w:r>
    </w:p>
    <w:p w:rsidR="008C3C30" w:rsidRPr="003F48FC" w:rsidRDefault="00951135">
      <w:pPr>
        <w:autoSpaceDE w:val="0"/>
        <w:autoSpaceDN w:val="0"/>
        <w:spacing w:before="190" w:after="0" w:line="283" w:lineRule="auto"/>
        <w:ind w:right="288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 соответствии с личностно ориентированной парадигмой образования основными подходами к обучению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иностранным языкам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признаются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компетентностный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, системно-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деятельностный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межкультурный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и коммуникативно-когнитивный. Совокупность перечисленных подходов предполагает возможность реализовать поставленные цели, добиться достижения планируемых результатов в рамках содержания, отобранного для основной школы, использования новых педагогических технологий (дифференциация, индивидуализация, проектная деятельность и др.) и использования современных средств обучения.</w:t>
      </w:r>
    </w:p>
    <w:p w:rsidR="008C3C30" w:rsidRPr="003F48FC" w:rsidRDefault="00951135">
      <w:pPr>
        <w:autoSpaceDE w:val="0"/>
        <w:autoSpaceDN w:val="0"/>
        <w:spacing w:before="264" w:after="0" w:line="262" w:lineRule="auto"/>
        <w:ind w:right="4176"/>
        <w:rPr>
          <w:lang w:val="ru-RU"/>
        </w:rPr>
      </w:pP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В УЧЕБНОМ ПЛАНЕ</w:t>
      </w:r>
      <w:proofErr w:type="gramStart"/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«И</w:t>
      </w:r>
      <w:proofErr w:type="gramEnd"/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НОСТРАННЫЙ (АНГЛИЙСКИЙ) ЯЗЫК»</w:t>
      </w:r>
    </w:p>
    <w:p w:rsidR="008C3C30" w:rsidRPr="003F48FC" w:rsidRDefault="00951135">
      <w:pPr>
        <w:autoSpaceDE w:val="0"/>
        <w:autoSpaceDN w:val="0"/>
        <w:spacing w:before="166" w:after="0" w:line="271" w:lineRule="auto"/>
        <w:ind w:right="144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Обязательный учебный предмет «Иностранный язык» входит в предметную область «Иностранные языки» и изучается обязательно со 2-го по 11-ый класс. На изучение иностранно</w:t>
      </w:r>
      <w:r w:rsidR="00907235">
        <w:rPr>
          <w:rFonts w:ascii="Times New Roman" w:eastAsia="Times New Roman" w:hAnsi="Times New Roman"/>
          <w:color w:val="000000"/>
          <w:sz w:val="24"/>
          <w:lang w:val="ru-RU"/>
        </w:rPr>
        <w:t>го языка в 5 классе отведено 105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учебных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часа, по 3 часа в неделю.</w:t>
      </w:r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86" w:right="660" w:bottom="1440" w:left="666" w:header="720" w:footer="720" w:gutter="0"/>
          <w:cols w:space="720" w:equalWidth="0">
            <w:col w:w="10574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78" w:line="220" w:lineRule="exact"/>
        <w:rPr>
          <w:lang w:val="ru-RU"/>
        </w:rPr>
      </w:pPr>
    </w:p>
    <w:p w:rsidR="008C3C30" w:rsidRPr="003F48FC" w:rsidRDefault="00951135">
      <w:pPr>
        <w:autoSpaceDE w:val="0"/>
        <w:autoSpaceDN w:val="0"/>
        <w:spacing w:after="0" w:line="230" w:lineRule="auto"/>
        <w:rPr>
          <w:lang w:val="ru-RU"/>
        </w:rPr>
      </w:pP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346" w:after="0" w:line="271" w:lineRule="auto"/>
        <w:ind w:right="1152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КОММУНИКАТИВНЫЕ УМЕНИЯ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8C3C30" w:rsidRPr="003F48FC" w:rsidRDefault="00951135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Моя семья. Мои друзья. Семейные праздники: день рождения, Новый год.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Внешность и характер человека/литературного персонажа. Досуг и увлечения/хобби современного подростка (чтение, кино, спорт).</w:t>
      </w:r>
    </w:p>
    <w:p w:rsidR="008C3C30" w:rsidRPr="003F48FC" w:rsidRDefault="00951135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Здоровый образ жизни: режим труда и отдыха, здоровое питание.</w:t>
      </w:r>
    </w:p>
    <w:p w:rsidR="008C3C30" w:rsidRPr="003F48FC" w:rsidRDefault="00951135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Покупки: одежда, обувь и продукты питания.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2" w:after="0" w:line="262" w:lineRule="auto"/>
        <w:ind w:right="864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Школа, школьная жизнь, школьная форма, изучаемые предметы. Переписка с зарубежными сверстниками.</w:t>
      </w:r>
    </w:p>
    <w:p w:rsidR="008C3C30" w:rsidRPr="003F48FC" w:rsidRDefault="00951135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Каникулы в различное время года. Виды отдыха.</w:t>
      </w:r>
    </w:p>
    <w:p w:rsidR="008C3C30" w:rsidRPr="003F48FC" w:rsidRDefault="00951135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Природа: дикие и домашние животные. Погода. Родной город/село. Транспорт.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71" w:lineRule="auto"/>
        <w:ind w:right="576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Родная страна и страна/страны изучаемого языка.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Их географическое положение, столицы; достопримечательности, культурные особенности (национальные праздники, традиции, обычаи).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Выдающиеся люди родной страны и страны/стран изучаемого языка: писатели, поэты.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86" w:lineRule="auto"/>
        <w:ind w:right="144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Говорение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коммуникативных умений </w:t>
      </w:r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диалогической речи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на базе умений, сформированных в начальной школе: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>диалог этикетного  характера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:  начинать,  поддерживать и заканчивать разговор (в том числе разговор по телефону); поздравлять с праздником и вежливо реагировать на поздравление; выражать благодарность; вежливо соглашаться на предложение/отказываться от предложения собеседника;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>диалог-побуждение к действию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: обращаться с просьбой, вежливо соглашаться/не соглашаться выполнить просьбу;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приглашать собеседника к совместной деятельности, вежливо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соглашаться/не соглашаться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на предложение собеседника;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>диалог-расспрос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: сообщать фактическую информацию, отвечая на вопросы разных видов; запрашивать интересующую информацию.</w:t>
      </w:r>
    </w:p>
    <w:p w:rsidR="008C3C30" w:rsidRPr="003F48FC" w:rsidRDefault="00951135">
      <w:pPr>
        <w:autoSpaceDE w:val="0"/>
        <w:autoSpaceDN w:val="0"/>
        <w:spacing w:before="70" w:after="0"/>
        <w:ind w:right="288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ситуации, ключевые слова и/или иллюстрации, фотографии с соблюдением норм речевого этикета, принятых в стране/странах изучаемого языка.</w:t>
      </w:r>
    </w:p>
    <w:p w:rsidR="008C3C30" w:rsidRPr="003F48FC" w:rsidRDefault="00951135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Объём диалога — до 5 реплик со стороны каждого собеседника.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86" w:lineRule="auto"/>
        <w:ind w:right="576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коммуникативных умений </w:t>
      </w:r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монологической речи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на базе умений, сформированных в начальной школе: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1) создание устных  связных  монологических  высказываний с использованием основных коммуникативных типов речи: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—   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—   повествование/сообщение;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2) изложение (пересказ) основного содержания прочитанного текста;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3) краткое изложение результатов выполненной проектной работы.</w:t>
      </w:r>
    </w:p>
    <w:p w:rsidR="008C3C30" w:rsidRPr="003F48FC" w:rsidRDefault="00951135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вопросы, план и/или иллюстрации, фотографии.</w:t>
      </w:r>
    </w:p>
    <w:p w:rsidR="008C3C30" w:rsidRPr="003F48FC" w:rsidRDefault="00951135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Объём монологического высказывания — 5-6 фраз.</w:t>
      </w:r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98" w:right="650" w:bottom="39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78" w:line="220" w:lineRule="exact"/>
        <w:rPr>
          <w:lang w:val="ru-RU"/>
        </w:rPr>
      </w:pPr>
    </w:p>
    <w:p w:rsidR="008C3C30" w:rsidRPr="003F48FC" w:rsidRDefault="00951135">
      <w:pPr>
        <w:tabs>
          <w:tab w:val="left" w:pos="180"/>
        </w:tabs>
        <w:autoSpaceDE w:val="0"/>
        <w:autoSpaceDN w:val="0"/>
        <w:spacing w:after="0" w:line="286" w:lineRule="auto"/>
        <w:rPr>
          <w:lang w:val="ru-RU"/>
        </w:rPr>
      </w:pPr>
      <w:r w:rsidRPr="003F48FC">
        <w:rPr>
          <w:lang w:val="ru-RU"/>
        </w:rPr>
        <w:tab/>
      </w:r>
      <w:proofErr w:type="spellStart"/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Аудирование</w:t>
      </w:r>
      <w:proofErr w:type="spellEnd"/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коммуникативных умений </w:t>
      </w:r>
      <w:proofErr w:type="spellStart"/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аудирования</w:t>
      </w:r>
      <w:proofErr w:type="spellEnd"/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на базе умений, сформированных в начальной школе: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при непосредственном общении: понимание на слух речи учителя и одноклассников и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вербальная/невербальная реакция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на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услышанное;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при опосредованном общении: дальнейшее развитие умений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с опорой и без опоры на иллюстрации.</w:t>
      </w:r>
    </w:p>
    <w:p w:rsidR="008C3C30" w:rsidRPr="003F48FC" w:rsidRDefault="00951135">
      <w:pPr>
        <w:autoSpaceDE w:val="0"/>
        <w:autoSpaceDN w:val="0"/>
        <w:spacing w:before="72" w:after="0" w:line="271" w:lineRule="auto"/>
        <w:ind w:right="864" w:firstLine="180"/>
        <w:rPr>
          <w:lang w:val="ru-RU"/>
        </w:rPr>
      </w:pP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Аудирование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несущественные для понимания основного содержания.</w:t>
      </w:r>
    </w:p>
    <w:p w:rsidR="008C3C30" w:rsidRPr="003F48FC" w:rsidRDefault="00951135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Аудирование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с пониманием запрашиваемой информации предполагает умение выделять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запрашиваемую информацию, представленную в эксплицитной (явной) форме, в воспринимаемом на слух тексте.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Тексты для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аудирования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8C3C30" w:rsidRPr="003F48FC" w:rsidRDefault="00951135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Время звучания текста/текстов для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аудирования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— до 1 минуты.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81" w:lineRule="auto"/>
        <w:ind w:right="432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Смысловое чтение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8C3C30" w:rsidRPr="003F48FC" w:rsidRDefault="00951135">
      <w:pPr>
        <w:autoSpaceDE w:val="0"/>
        <w:autoSpaceDN w:val="0"/>
        <w:spacing w:before="70" w:after="0" w:line="271" w:lineRule="auto"/>
        <w:ind w:right="432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Чтение с пониманием основного содержания текста предполагает умение определять основную тему и главные факты/события в прочитанном тексте, игнорировать незнакомые слова,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несущественные для понимания основного содержания.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71" w:lineRule="auto"/>
        <w:ind w:right="288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Чтение с пониманием запрашиваемой информации предполагает умение находить в прочитанном тексте и понимать запрашиваемую информацию, представленную в эксплицитной (явной) форме.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Чтение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несплошных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текстов (таблиц) и понимание представленной в них информации.</w:t>
      </w:r>
    </w:p>
    <w:p w:rsidR="008C3C30" w:rsidRPr="003F48FC" w:rsidRDefault="00951135">
      <w:pPr>
        <w:autoSpaceDE w:val="0"/>
        <w:autoSpaceDN w:val="0"/>
        <w:spacing w:before="72" w:after="0" w:line="271" w:lineRule="auto"/>
        <w:ind w:right="102" w:firstLine="180"/>
        <w:jc w:val="both"/>
        <w:rPr>
          <w:lang w:val="ru-RU"/>
        </w:rPr>
      </w:pP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Тексты для чтения: беседа/диалог, рассказ, сказка, сообщение личного характера, отрывок из статьи научно-популярного характера, сообщение информационного характера, стихотворение;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несплошной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текст (таблица).</w:t>
      </w:r>
      <w:proofErr w:type="gramEnd"/>
    </w:p>
    <w:p w:rsidR="008C3C30" w:rsidRPr="003F48FC" w:rsidRDefault="00951135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Объём текста/текстов для чтения — 180-200 слов.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86" w:lineRule="auto"/>
        <w:ind w:right="288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Письменная речь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умений письменной речи на базе умений, сформированных в начальной школе: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списывание текста и выписывание из него слов, словосочетаний, предложений в соответствии с решаемой коммуникативной задачей;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написание коротких поздравлений с праздниками (с Новым годом, Рождеством, днём рождения);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написание электронного сообщения личного характера: сообщение кратких сведений о себе; оформление обращения, завершающей фразы и подписи в соответствии с нормами неофициального общения, принятыми в стране/странах изучаемого языка. Объём сообщения — до 60 слов.</w:t>
      </w:r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98" w:right="648" w:bottom="476" w:left="666" w:header="720" w:footer="720" w:gutter="0"/>
          <w:cols w:space="720" w:equalWidth="0">
            <w:col w:w="10586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78" w:line="220" w:lineRule="exact"/>
        <w:rPr>
          <w:lang w:val="ru-RU"/>
        </w:rPr>
      </w:pPr>
    </w:p>
    <w:p w:rsidR="008C3C30" w:rsidRPr="003F48FC" w:rsidRDefault="00951135">
      <w:pPr>
        <w:tabs>
          <w:tab w:val="left" w:pos="180"/>
        </w:tabs>
        <w:autoSpaceDE w:val="0"/>
        <w:autoSpaceDN w:val="0"/>
        <w:spacing w:after="0" w:line="281" w:lineRule="auto"/>
        <w:ind w:right="144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ЯЗЫКОВЫЕ ЗНАНИЯ И УМЕНИЯ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Фонетическая сторона речи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Различение на  слух  и  адекватное,  без  ошибок, 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8C3C30" w:rsidRPr="003F48FC" w:rsidRDefault="00951135">
      <w:pPr>
        <w:autoSpaceDE w:val="0"/>
        <w:autoSpaceDN w:val="0"/>
        <w:spacing w:before="70" w:after="0" w:line="271" w:lineRule="auto"/>
        <w:ind w:right="864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демонстрирующее понимание текста.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Тексты для чтения вслух: беседа/диалог, рассказ, отрывок из статьи научно-популярного характера, сообщение информационного характера.</w:t>
      </w:r>
    </w:p>
    <w:p w:rsidR="008C3C30" w:rsidRPr="003F48FC" w:rsidRDefault="00951135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Объём текста для чтения вслух — до 90 слов.</w:t>
      </w:r>
    </w:p>
    <w:p w:rsidR="008C3C30" w:rsidRPr="003F48FC" w:rsidRDefault="00951135">
      <w:pPr>
        <w:autoSpaceDE w:val="0"/>
        <w:autoSpaceDN w:val="0"/>
        <w:spacing w:before="190" w:after="0" w:line="262" w:lineRule="auto"/>
        <w:ind w:left="180" w:right="6192"/>
        <w:rPr>
          <w:lang w:val="ru-RU"/>
        </w:rPr>
      </w:pP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Графика, орфография и пунктуация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Правильное написание изученных слов.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81" w:lineRule="auto"/>
        <w:ind w:right="288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Лексическая сторона речи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8C3C30" w:rsidRPr="003F48FC" w:rsidRDefault="00951135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Объём изучаемой лексики: 625 лексических единиц для продуктивного использования (включая 500 лексических единиц, изученных в начальной школе) и 675 лексических единиц для рецептивного усвоения (включая 625 лексических единиц продуктивного минимума).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86" w:lineRule="auto"/>
        <w:ind w:right="144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Основные способы словообразования: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аффиксация: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образование имён существительных при помощи суффиксов 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er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/-</w:t>
      </w:r>
      <w:r>
        <w:rPr>
          <w:rFonts w:ascii="Times New Roman" w:eastAsia="Times New Roman" w:hAnsi="Times New Roman"/>
          <w:color w:val="000000"/>
          <w:sz w:val="24"/>
        </w:rPr>
        <w:t>or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(</w:t>
      </w:r>
      <w:r>
        <w:rPr>
          <w:rFonts w:ascii="Times New Roman" w:eastAsia="Times New Roman" w:hAnsi="Times New Roman"/>
          <w:color w:val="000000"/>
          <w:sz w:val="24"/>
        </w:rPr>
        <w:t>teacher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visitor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), 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ist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(</w:t>
      </w:r>
      <w:r>
        <w:rPr>
          <w:rFonts w:ascii="Times New Roman" w:eastAsia="Times New Roman" w:hAnsi="Times New Roman"/>
          <w:color w:val="000000"/>
          <w:sz w:val="24"/>
        </w:rPr>
        <w:t>scientist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>
        <w:rPr>
          <w:rFonts w:ascii="Times New Roman" w:eastAsia="Times New Roman" w:hAnsi="Times New Roman"/>
          <w:color w:val="000000"/>
          <w:sz w:val="24"/>
        </w:rPr>
        <w:t>tourist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), 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sion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tion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(</w:t>
      </w:r>
      <w:r>
        <w:rPr>
          <w:rFonts w:ascii="Times New Roman" w:eastAsia="Times New Roman" w:hAnsi="Times New Roman"/>
          <w:color w:val="000000"/>
          <w:sz w:val="24"/>
        </w:rPr>
        <w:t>dis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-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cussion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invitation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);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образование имён  прилагательных при помощи суффиксов 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ful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(</w:t>
      </w:r>
      <w:r>
        <w:rPr>
          <w:rFonts w:ascii="Times New Roman" w:eastAsia="Times New Roman" w:hAnsi="Times New Roman"/>
          <w:color w:val="000000"/>
          <w:sz w:val="24"/>
        </w:rPr>
        <w:t>wonderful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), 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ian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/-</w:t>
      </w:r>
      <w:r>
        <w:rPr>
          <w:rFonts w:ascii="Times New Roman" w:eastAsia="Times New Roman" w:hAnsi="Times New Roman"/>
          <w:color w:val="000000"/>
          <w:sz w:val="24"/>
        </w:rPr>
        <w:t>an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(</w:t>
      </w:r>
      <w:r>
        <w:rPr>
          <w:rFonts w:ascii="Times New Roman" w:eastAsia="Times New Roman" w:hAnsi="Times New Roman"/>
          <w:color w:val="000000"/>
          <w:sz w:val="24"/>
        </w:rPr>
        <w:t>Russian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American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);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образование наречий при помощи суффикса 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ly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(</w:t>
      </w:r>
      <w:r>
        <w:rPr>
          <w:rFonts w:ascii="Times New Roman" w:eastAsia="Times New Roman" w:hAnsi="Times New Roman"/>
          <w:color w:val="000000"/>
          <w:sz w:val="24"/>
        </w:rPr>
        <w:t>recently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);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образование имён прилагательных, имён существительных и наречий при помощи отрицательного префикса </w:t>
      </w:r>
      <w:r>
        <w:rPr>
          <w:rFonts w:ascii="Times New Roman" w:eastAsia="Times New Roman" w:hAnsi="Times New Roman"/>
          <w:color w:val="000000"/>
          <w:sz w:val="24"/>
        </w:rPr>
        <w:t>un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- (</w:t>
      </w:r>
      <w:r>
        <w:rPr>
          <w:rFonts w:ascii="Times New Roman" w:eastAsia="Times New Roman" w:hAnsi="Times New Roman"/>
          <w:color w:val="000000"/>
          <w:sz w:val="24"/>
        </w:rPr>
        <w:t>unhappy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>
        <w:rPr>
          <w:rFonts w:ascii="Times New Roman" w:eastAsia="Times New Roman" w:hAnsi="Times New Roman"/>
          <w:color w:val="000000"/>
          <w:sz w:val="24"/>
        </w:rPr>
        <w:t>unreality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>
        <w:rPr>
          <w:rFonts w:ascii="Times New Roman" w:eastAsia="Times New Roman" w:hAnsi="Times New Roman"/>
          <w:color w:val="000000"/>
          <w:sz w:val="24"/>
        </w:rPr>
        <w:t>unusually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).</w:t>
      </w:r>
      <w:proofErr w:type="gramEnd"/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71" w:lineRule="auto"/>
        <w:ind w:right="720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Грамматическая сторона речи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8C3C30" w:rsidRPr="003F48FC" w:rsidRDefault="00951135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Предложения с несколькими обстоятельствами, следующими в определённом порядке.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Вопросительные предложения (альтернативный и разделительный вопросы в </w:t>
      </w:r>
      <w:r>
        <w:rPr>
          <w:rFonts w:ascii="Times New Roman" w:eastAsia="Times New Roman" w:hAnsi="Times New Roman"/>
          <w:color w:val="000000"/>
          <w:sz w:val="24"/>
        </w:rPr>
        <w:t>Present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Past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Future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Simple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Tense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8C3C30" w:rsidRPr="003F48FC" w:rsidRDefault="00951135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Глаголы в </w:t>
      </w:r>
      <w:proofErr w:type="spellStart"/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видо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-временных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формах действительного залога в изъявительном наклонении в </w:t>
      </w:r>
      <w:r>
        <w:rPr>
          <w:rFonts w:ascii="Times New Roman" w:eastAsia="Times New Roman" w:hAnsi="Times New Roman"/>
          <w:color w:val="000000"/>
          <w:sz w:val="24"/>
        </w:rPr>
        <w:t>Present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Perfect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Tense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в повествовательных (утвердительных и отрицательных) и вопросительных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предложениях.</w:t>
      </w:r>
    </w:p>
    <w:p w:rsidR="008C3C30" w:rsidRPr="003F48FC" w:rsidRDefault="00951135">
      <w:pPr>
        <w:autoSpaceDE w:val="0"/>
        <w:autoSpaceDN w:val="0"/>
        <w:spacing w:before="70" w:after="0" w:line="230" w:lineRule="auto"/>
        <w:jc w:val="center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Имена существительные во множественном числе, в том числе имена существительные, имеющие</w:t>
      </w:r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98" w:right="698" w:bottom="416" w:left="666" w:header="720" w:footer="720" w:gutter="0"/>
          <w:cols w:space="720" w:equalWidth="0">
            <w:col w:w="10536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66" w:line="220" w:lineRule="exact"/>
        <w:rPr>
          <w:lang w:val="ru-RU"/>
        </w:rPr>
      </w:pPr>
    </w:p>
    <w:p w:rsidR="008C3C30" w:rsidRPr="003F48FC" w:rsidRDefault="00951135">
      <w:pPr>
        <w:autoSpaceDE w:val="0"/>
        <w:autoSpaceDN w:val="0"/>
        <w:spacing w:after="0" w:line="230" w:lineRule="auto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форму только множественного числа.</w:t>
      </w:r>
    </w:p>
    <w:p w:rsidR="008C3C30" w:rsidRPr="003F48FC" w:rsidRDefault="00951135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Имена существительные с причастиями настоящего и прошедшего времени.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Наречия в положительной, сравнительной и превосходной степенях, образованные по правилу, и исключения.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/>
        <w:ind w:right="288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СОЦИОКУЛЬТУРНЫЕ ЗНАНИЯ И УМЕНИЯ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Знание и использование социокультурных элементов речевого поведенческого этикета в стране/странах изучаемого языка в рамках тематического содержания (в ситуациях общения, в том числе «В семье», «В школе», «На улице»).</w:t>
      </w:r>
    </w:p>
    <w:p w:rsidR="008C3C30" w:rsidRPr="003F48FC" w:rsidRDefault="00951135">
      <w:pPr>
        <w:autoSpaceDE w:val="0"/>
        <w:autoSpaceDN w:val="0"/>
        <w:spacing w:before="70" w:after="0" w:line="271" w:lineRule="auto"/>
        <w:ind w:right="576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(некоторые национальные праздники, традиции в проведении досуга и питании).</w:t>
      </w:r>
    </w:p>
    <w:p w:rsidR="008C3C30" w:rsidRPr="003F48FC" w:rsidRDefault="00951135">
      <w:pPr>
        <w:autoSpaceDE w:val="0"/>
        <w:autoSpaceDN w:val="0"/>
        <w:spacing w:before="72" w:after="0" w:line="281" w:lineRule="auto"/>
        <w:ind w:right="144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Знание социокультурного портрета родной страны и страны/стран изучаемого языка: знакомство с традициями проведения основных национальных праздников (Рождества, Нового года и т. д.); с особенностями образа жизни и культуры страны/ стран изучаемого языка (известных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достопримечательностях, выдающихся людях); с доступными в языковом отношении образцами детской поэзии и прозы на английском языке.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83" w:lineRule="auto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умений: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писать свои имя и фамилию, а также имена и фамилии своих родственников и друзей на английском языке;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правильно оформлять свой адрес на английском языке (в анкете, формуляре);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кратко представлять Россию и страну/страны изучаемого языка;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питании).</w:t>
      </w:r>
      <w:proofErr w:type="gramEnd"/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/>
        <w:ind w:right="432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КОМПЕНСАТОРНЫЕ УМЕНИЯ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Использование при чтении и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аудировании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языковой, в том числе контекстуальной, догадки.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Использование в качестве опоры при порождении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собстве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ных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высказываний ключевых слов, плана.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86" w:right="678" w:bottom="1440" w:left="666" w:header="720" w:footer="720" w:gutter="0"/>
          <w:cols w:space="720" w:equalWidth="0">
            <w:col w:w="10556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78" w:line="220" w:lineRule="exact"/>
        <w:rPr>
          <w:lang w:val="ru-RU"/>
        </w:rPr>
      </w:pPr>
    </w:p>
    <w:p w:rsidR="008C3C30" w:rsidRPr="003F48FC" w:rsidRDefault="00951135">
      <w:pPr>
        <w:autoSpaceDE w:val="0"/>
        <w:autoSpaceDN w:val="0"/>
        <w:spacing w:after="0" w:line="230" w:lineRule="auto"/>
        <w:rPr>
          <w:lang w:val="ru-RU"/>
        </w:rPr>
      </w:pP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346" w:after="0" w:line="262" w:lineRule="auto"/>
        <w:ind w:right="432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Изучение английского языка в 5 классе направлено на достижение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обучающимися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личностных,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метапредметных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и предметных результатов освоения учебного предмета.</w:t>
      </w:r>
    </w:p>
    <w:p w:rsidR="008C3C30" w:rsidRPr="003F48FC" w:rsidRDefault="00951135">
      <w:pPr>
        <w:autoSpaceDE w:val="0"/>
        <w:autoSpaceDN w:val="0"/>
        <w:spacing w:before="262" w:after="0" w:line="230" w:lineRule="auto"/>
        <w:rPr>
          <w:lang w:val="ru-RU"/>
        </w:rPr>
      </w:pP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8C3C30" w:rsidRPr="003F48FC" w:rsidRDefault="00951135">
      <w:pPr>
        <w:autoSpaceDE w:val="0"/>
        <w:autoSpaceDN w:val="0"/>
        <w:spacing w:before="166" w:after="0" w:line="281" w:lineRule="auto"/>
        <w:ind w:right="576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2" w:after="0" w:line="288" w:lineRule="auto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Личностные результаты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Гражданского воспитания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активное участие в жизни семьи, Организации, местного сообщества, родного края, страны;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неприятие любых форм экстремизма, дискриминации; понимание роли различных социальных институтов в жизни человека;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представление о способах противодействия коррупции; готовность к разнообразной совместной деятельности, стремление к взаимопониманию и взаимопомощи, активное участие в школьном самоуправлении;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готовность к участию в гуманитарной деятельности (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волонтёрство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, помощь людям, нуждающимся в ней).</w:t>
      </w:r>
      <w:proofErr w:type="gramEnd"/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86" w:lineRule="auto"/>
        <w:ind w:right="432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Патриотического воспитания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ценностное отношение к достижениям своей Родины – России, к науке, искусству, спорту, технологиям, боевым подвигам и трудовым достижениям народа;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81" w:lineRule="auto"/>
        <w:ind w:right="288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Духовно-нравственного воспитания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ориентация на моральные ценности и нормы в ситуациях нравственного выбора;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/>
        <w:ind w:right="288"/>
        <w:rPr>
          <w:lang w:val="ru-RU"/>
        </w:rPr>
      </w:pPr>
      <w:r w:rsidRPr="003F48FC">
        <w:rPr>
          <w:lang w:val="ru-RU"/>
        </w:rPr>
        <w:tab/>
      </w:r>
      <w:proofErr w:type="spellStart"/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Эстетическоговоспитания</w:t>
      </w:r>
      <w:proofErr w:type="spellEnd"/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98" w:right="650" w:bottom="42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78" w:line="220" w:lineRule="exact"/>
        <w:rPr>
          <w:lang w:val="ru-RU"/>
        </w:rPr>
      </w:pPr>
    </w:p>
    <w:p w:rsidR="008C3C30" w:rsidRPr="003F48FC" w:rsidRDefault="00951135">
      <w:pPr>
        <w:tabs>
          <w:tab w:val="left" w:pos="180"/>
        </w:tabs>
        <w:autoSpaceDE w:val="0"/>
        <w:autoSpaceDN w:val="0"/>
        <w:spacing w:after="0" w:line="271" w:lineRule="auto"/>
        <w:ind w:right="144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стремление к самовыражению в разных видах искусства.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88" w:lineRule="auto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Физического воспитания, формирования культуры здоровья и эмоционального благополучия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ценности жизни;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соблюдение правил безопасности, в том числе навыков безопасного поведения в интернет-среде;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способность адаптироваться к стрессовым ситуациям и меняющимся социальным,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информационным и природным условиям, в том числе осмысляя собственный опыт и выстраивая дальнейшие цели;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умение принимать себя и других, не осуждая;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умение осознавать эмоциональное состояние себя и других, умение управлять собственным эмоциональным состоянием;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навыка рефлексии, признание своего права на ошибку и такого же права другого человека.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88" w:lineRule="auto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Трудового воспитания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готовность адаптироваться в профессиональной среде;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уважение к труду и результатам трудовой деятельности;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2" w:after="0" w:line="286" w:lineRule="auto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Экологического воспитания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своей роли как гражданина и потребителя в условиях взаимосвязи природной,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технологической и социальной сред;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готовность к участию в практической деятельности экологической направленности.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Ценности научного познания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овладение языковой и читательской культурой как средством познания мира;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овладение основными навыками исследовательской деятельности, установка на осмысление опыта,</w:t>
      </w:r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98" w:right="640" w:bottom="428" w:left="666" w:header="720" w:footer="720" w:gutter="0"/>
          <w:cols w:space="720" w:equalWidth="0">
            <w:col w:w="10594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66" w:line="220" w:lineRule="exact"/>
        <w:rPr>
          <w:lang w:val="ru-RU"/>
        </w:rPr>
      </w:pPr>
    </w:p>
    <w:p w:rsidR="008C3C30" w:rsidRPr="003F48FC" w:rsidRDefault="00951135">
      <w:pPr>
        <w:autoSpaceDE w:val="0"/>
        <w:autoSpaceDN w:val="0"/>
        <w:spacing w:after="0" w:line="262" w:lineRule="auto"/>
        <w:ind w:right="864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наблюдений, поступков и стремление совершенствовать пути достижения индивидуального и коллективного благополучия.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90" w:lineRule="auto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Личностные результаты, обеспечивающие адаптацию </w:t>
      </w:r>
      <w:proofErr w:type="spellStart"/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обучающегосяк</w:t>
      </w:r>
      <w:proofErr w:type="spellEnd"/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изменяющимся условиям социальной и природной среды, включают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деятельности, а также в рамках социального взаимодействия с людьми из другой культурной среды;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способность обучающихся взаимодействовать в условиях неопределённости, открытость опыту и знаниям других;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компетентностей, планировать своё развитие; </w:t>
      </w: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— оперировать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понятиями), а также оперировать терминами и представлениями в области концепции устойчивого развития;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умение анализировать и выявлять взаимосвязи природы, общества и экономики;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умение оценивать свои действия с учётом влияния на окружающую среду, достижений целей и преодоления вызовов, возможных глобальных последствий;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способность обучающихся осознавать стрессовую ситуацию, оценивать происходящие изменения и их последствия;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стрессовую ситуацию как вызов, требующий контрмер;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ситуацию стресса, корректировать принимаемые решения и действия;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формулировать и оценивать риски и последствия, формировать опыт, уметь находить позитивное в произошедшей ситуации;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быть готовым действовать в отсутствие гарантий успеха.</w:t>
      </w:r>
    </w:p>
    <w:p w:rsidR="008C3C30" w:rsidRPr="003F48FC" w:rsidRDefault="00951135">
      <w:pPr>
        <w:autoSpaceDE w:val="0"/>
        <w:autoSpaceDN w:val="0"/>
        <w:spacing w:before="264" w:after="0" w:line="230" w:lineRule="auto"/>
        <w:rPr>
          <w:lang w:val="ru-RU"/>
        </w:rPr>
      </w:pP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68" w:after="0" w:line="288" w:lineRule="auto"/>
        <w:ind w:right="144"/>
        <w:rPr>
          <w:lang w:val="ru-RU"/>
        </w:rPr>
      </w:pPr>
      <w:r w:rsidRPr="003F48FC">
        <w:rPr>
          <w:lang w:val="ru-RU"/>
        </w:rPr>
        <w:tab/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Метапредметные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результаты освоения программы основного общего образования, в том числе адаптированной, должны отражать: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Овладение универсальными учебными познавательными действиями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1) базовые логические действия: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и характеризовать существенные признаки объектов (явлений);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существенный признак классификации, основания для обобщения и сравнения, критерии проводимого анализа;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 учётом предложенной задачи выявлять закономерности и противоречия в рассматриваемых фактах, данных и наблюдениях;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предлагать критерии для выявления закономерностей и противоречий;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выявлять дефицит информации, данных, необходимых для решения поставленной задачи;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причинно-следственные связи при изучении явлений и процессов;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86" w:right="654" w:bottom="296" w:left="666" w:header="720" w:footer="720" w:gutter="0"/>
          <w:cols w:space="720" w:equalWidth="0">
            <w:col w:w="10580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90" w:line="220" w:lineRule="exact"/>
        <w:rPr>
          <w:lang w:val="ru-RU"/>
        </w:rPr>
      </w:pPr>
    </w:p>
    <w:p w:rsidR="00907235" w:rsidRDefault="00951135">
      <w:pPr>
        <w:tabs>
          <w:tab w:val="left" w:pos="180"/>
        </w:tabs>
        <w:autoSpaceDE w:val="0"/>
        <w:autoSpaceDN w:val="0"/>
        <w:spacing w:after="0" w:line="290" w:lineRule="auto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самостоятельно выбирать способ решения учебной задачи (сравнивать несколько вариантов решения,  выбирать  наиболее подходящий с учётом самостоятельно выделенных критериев); </w:t>
      </w:r>
      <w:r w:rsidRPr="003F48FC">
        <w:rPr>
          <w:lang w:val="ru-RU"/>
        </w:rPr>
        <w:tab/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after="0" w:line="290" w:lineRule="auto"/>
        <w:rPr>
          <w:lang w:val="ru-RU"/>
        </w:rPr>
      </w:pP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2) базовые исследовательские действия: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вопросы как исследовательский инструмент познания;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формулировать вопросы, фиксирующие разрыв между реальным и желательным состоянием ситуации, объекта, самостоятельно устанавливать искомое и данное;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формулировать гипотезу об истинности собственных суждений и суждений других,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аргументировать свою позицию, мнение;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зависимости объектов между собой;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на применимость и достоверность информацию, полученную в ходе исследования (эксперимента);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прогнозировать возможное дальнейшее развитие процессов, событий и их последствия в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аналогичных или сходных ситуациях, выдвигать предположения об их развитии в новых условиях и контекстах;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3) работа с информацией: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выбирать, анализировать, систематизировать и интерпретировать информацию различных видов и форм представления;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находить сходные аргументы (подтверждающие или опровергающие одну и ту же идею, версию) в различных информационных источниках;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эффективно запоминать и систематизировать информацию.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2" w:after="0" w:line="262" w:lineRule="auto"/>
        <w:ind w:right="1296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Овладение системой универсальных учебных познавательных действий обеспечивает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когнитивных навыков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у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обучающихся.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Овладение универсальными учебными коммуникативными действиями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1) общение: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и формулировать суждения, выражать эмоции в соответствии с целями и условиями общения;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выражать себя (свою точку зрения) в устных и письменных текстах;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намерения других, проявлять уважительное отношение к собеседнику и в корректной форме формулировать свои возражения;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 ходе диалога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и(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310" w:right="822" w:bottom="356" w:left="666" w:header="720" w:footer="720" w:gutter="0"/>
          <w:cols w:space="720" w:equalWidth="0">
            <w:col w:w="10412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78" w:line="220" w:lineRule="exact"/>
        <w:rPr>
          <w:lang w:val="ru-RU"/>
        </w:rPr>
      </w:pPr>
    </w:p>
    <w:p w:rsidR="008C3C30" w:rsidRPr="003F48FC" w:rsidRDefault="00951135">
      <w:pPr>
        <w:tabs>
          <w:tab w:val="left" w:pos="180"/>
        </w:tabs>
        <w:autoSpaceDE w:val="0"/>
        <w:autoSpaceDN w:val="0"/>
        <w:spacing w:after="0" w:line="290" w:lineRule="auto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публично представлять результаты выполненного опыта (эксперимента, исследования, проекта);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2) совместная деятельность: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обобщать мнения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нескольких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людей, проявлять готовность руководить, выполнять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поручения, подчиняться;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 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качество своего вклада в общий продукт по критериям, самостоятельно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сформулированным участниками взаимодействия;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результаты с исходной задачей и вклад каждого члена команды в достижение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результатов, разделять сферу ответственности и проявлять готовность к предоставлению отчёта перед группой.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70" w:after="0" w:line="262" w:lineRule="auto"/>
        <w:ind w:right="1152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Овладение системой универсальных учебных коммуникативных действий обеспечивает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социальных навыков и эмоционального интеллекта обучающихся.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90" w:lineRule="auto"/>
        <w:ind w:right="288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Овладение универсальными учебными регулятивными действиями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1) самоорганизация: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проблемы для решения в жизненных и учебных ситуациях;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ориентироваться в различных подходах принятия решений (индивидуальное, принятие решения в группе, принятие решений группой);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составлять алгоритм решения  задачи 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делать выбор и брать ответственность за решение;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2) самоконтроль: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способами самоконтроля,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самомотивации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и рефлексии;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давать адекватную оценку ситуации и предлагать план её изменения;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учитывать контекст и предвидеть трудности, которые могут возникнуть при решении учебной задачи, адаптировать решение к меняющимся обстоятельствам;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объяснять причины достижения (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недостижения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) результатов деятельности, давать оценку приобретённому опыту, уметь находить позитивное в произошедшей ситуации;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вносить коррективы в деятельность на основе новых обстоятельств, изменившихся ситуаций, установленных ошибок, возникших трудностей;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оценивать соответствие результата цели и условиям;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>3) эмоциональный интеллект:</w:t>
      </w:r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98" w:right="688" w:bottom="368" w:left="666" w:header="720" w:footer="720" w:gutter="0"/>
          <w:cols w:space="720" w:equalWidth="0">
            <w:col w:w="10546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78" w:line="220" w:lineRule="exact"/>
        <w:rPr>
          <w:lang w:val="ru-RU"/>
        </w:rPr>
      </w:pPr>
    </w:p>
    <w:p w:rsidR="008C3C30" w:rsidRPr="003F48FC" w:rsidRDefault="00951135">
      <w:pPr>
        <w:tabs>
          <w:tab w:val="left" w:pos="180"/>
        </w:tabs>
        <w:autoSpaceDE w:val="0"/>
        <w:autoSpaceDN w:val="0"/>
        <w:spacing w:after="0" w:line="286" w:lineRule="auto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различать, называть и управлять собственными эмоциями и эмоциями других;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и анализировать причины эмоций;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ставить себя на место другого человека, понимать мотивы и намерения другого;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регулировать способ выражения эмоций;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4) принятие себя и других: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осознанно относиться к другому человеку, его мнению; признавать своё право на ошибку и такое же право другого;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принимать себя и других, не осуждая;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открытость себе и другим;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осознавать невозможность контролировать всё вокруг.</w:t>
      </w:r>
    </w:p>
    <w:p w:rsidR="008C3C30" w:rsidRPr="003F48FC" w:rsidRDefault="00951135">
      <w:pPr>
        <w:autoSpaceDE w:val="0"/>
        <w:autoSpaceDN w:val="0"/>
        <w:spacing w:before="70" w:after="0" w:line="274" w:lineRule="auto"/>
        <w:ind w:right="144"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8C3C30" w:rsidRPr="003F48FC" w:rsidRDefault="00951135">
      <w:pPr>
        <w:autoSpaceDE w:val="0"/>
        <w:autoSpaceDN w:val="0"/>
        <w:spacing w:before="262" w:after="0" w:line="230" w:lineRule="auto"/>
        <w:rPr>
          <w:lang w:val="ru-RU"/>
        </w:rPr>
      </w:pP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8C3C30" w:rsidRPr="003F48FC" w:rsidRDefault="00951135">
      <w:pPr>
        <w:autoSpaceDE w:val="0"/>
        <w:autoSpaceDN w:val="0"/>
        <w:spacing w:before="166" w:after="0" w:line="281" w:lineRule="auto"/>
        <w:ind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Предметные результаты по учебному предмету «Иностранный (английский) язык» предметной области «Иностранные языки» ориентированы на применение знаний, умений и навыков в учебных ситуациях и реальных жизненных условиях, должны отражать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иноязычной коммуникативной компетенции на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допороговом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уровне в совокупности её составляющих — речевой, языковой, социокультурной, компенсаторной,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метапредметной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(учебно-познавательной).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90" w:lineRule="auto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1) Владеть основными видами речевой деятельности: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говорение: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вести разные виды диалогов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(диалог этикетного характера, диалог — побуждение к действию, диалог-расспрос)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создавать разные виды монологических высказываний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5-6 фраз);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излагать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основное содержание прочитанного текста с вербальными и/или зрительными опорами (объём — 5-6 фраз); кратко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излагать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результаты  выполненной проектной работы (объём — до 6 фраз);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proofErr w:type="spellStart"/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аудирование</w:t>
      </w:r>
      <w:proofErr w:type="spellEnd"/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воспринимать на слух и понимать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аудирования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— до 1 минуты);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proofErr w:type="spellStart"/>
      <w:proofErr w:type="gramStart"/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смысловоечтение</w:t>
      </w:r>
      <w:proofErr w:type="spellEnd"/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: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читать про себя и понимать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 — 180-200 слов); читать про себя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несплошные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тексты (таблицы) и понимать представленную в них информацию;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письменная речь: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писать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короткие поздравления с праздниками; заполнять анкеты и формуляры, сообщая о себе основные сведения, в соответствии с нормами, принятыми в стране/странах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изучаемого языка;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писать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электронное сообщение личного характера, соблюдая речевой этикет, принятый в стране/странах изучаемого языка (объём сообщения — до 60 слов);</w:t>
      </w:r>
    </w:p>
    <w:p w:rsidR="008C3C30" w:rsidRPr="003F48FC" w:rsidRDefault="00951135">
      <w:pPr>
        <w:autoSpaceDE w:val="0"/>
        <w:autoSpaceDN w:val="0"/>
        <w:spacing w:before="190" w:after="0" w:line="271" w:lineRule="auto"/>
        <w:ind w:firstLine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2)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>владеть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фонетическими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навыками: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различать на слух и адекватно,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без ошибок, ведущих к сбою коммуникации,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произносить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слова с правильным ударением и фразы с соблюдением их ритмико-интонационных особенностей, в том числе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применять правила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отсутствия фразового ударения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на</w:t>
      </w:r>
      <w:proofErr w:type="gramEnd"/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98" w:right="676" w:bottom="332" w:left="666" w:header="720" w:footer="720" w:gutter="0"/>
          <w:cols w:space="720" w:equalWidth="0">
            <w:col w:w="10558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66" w:line="220" w:lineRule="exact"/>
        <w:rPr>
          <w:lang w:val="ru-RU"/>
        </w:rPr>
      </w:pPr>
    </w:p>
    <w:p w:rsidR="008C3C30" w:rsidRPr="003F48FC" w:rsidRDefault="00951135">
      <w:pPr>
        <w:tabs>
          <w:tab w:val="left" w:pos="180"/>
        </w:tabs>
        <w:autoSpaceDE w:val="0"/>
        <w:autoSpaceDN w:val="0"/>
        <w:spacing w:after="0" w:line="286" w:lineRule="auto"/>
        <w:rPr>
          <w:lang w:val="ru-RU"/>
        </w:rPr>
      </w:pP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служебных словах;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выразительно читать вслух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>владеть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орфографическими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навыками: правильно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писать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изученные слова;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>владеть</w:t>
      </w: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пунктуационными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навыками:</w:t>
      </w:r>
      <w:r w:rsidR="00907235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использовать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86" w:lineRule="auto"/>
        <w:ind w:right="144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3)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распознавать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 звучащем и письменном тексте 675 лексических единиц (слов, словосочетаний, речевых клише) и правильно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употреблять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 устной и письменной речи 625 лексических единиц (включая  500  лексических  единиц, освоенных в начальной школе), обслуживающих ситуации общения в рамках отобранного тематического содержания, с соблюдением существующей нормы лексической сочетаемости;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распознавать и употреблять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 устной и письменной речи родственные слова, образованные с использованием аффиксации: имена существительные с суффиксами 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er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/-</w:t>
      </w:r>
      <w:r>
        <w:rPr>
          <w:rFonts w:ascii="Times New Roman" w:eastAsia="Times New Roman" w:hAnsi="Times New Roman"/>
          <w:color w:val="000000"/>
          <w:sz w:val="24"/>
        </w:rPr>
        <w:t>or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, 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ist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, 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sion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/-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tion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; имена прилагательные с суффиксами 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ful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, 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ian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/-</w:t>
      </w:r>
      <w:r>
        <w:rPr>
          <w:rFonts w:ascii="Times New Roman" w:eastAsia="Times New Roman" w:hAnsi="Times New Roman"/>
          <w:color w:val="000000"/>
          <w:sz w:val="24"/>
        </w:rPr>
        <w:t>an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; наречия с суффиксом 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ly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; имена прилагательные, имена существительные и наречия с отрицательным префиксом </w:t>
      </w:r>
      <w:r>
        <w:rPr>
          <w:rFonts w:ascii="Times New Roman" w:eastAsia="Times New Roman" w:hAnsi="Times New Roman"/>
          <w:color w:val="000000"/>
          <w:sz w:val="24"/>
        </w:rPr>
        <w:t>un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-;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распознавать и употреблять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в устной и письменной речи изученные синонимы и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интернациональные слова;</w:t>
      </w:r>
      <w:proofErr w:type="gramEnd"/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3F48FC">
        <w:rPr>
          <w:lang w:val="ru-RU"/>
        </w:rPr>
        <w:tab/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4)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знать и понимать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особенности структуры простых и сложных предложений английского языка; различных коммуникативных типов предложений английского языка; 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распознавать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 письменном и звучащем тексте и употреблять в устной и письменной речи:</w:t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-  предложения с несколькими обстоятельствами, следующими в определённом порядке;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- вопросительные предложения (альтернативный и разделительный вопросы в </w:t>
      </w:r>
      <w:r>
        <w:rPr>
          <w:rFonts w:ascii="Times New Roman" w:eastAsia="Times New Roman" w:hAnsi="Times New Roman"/>
          <w:color w:val="000000"/>
          <w:sz w:val="24"/>
        </w:rPr>
        <w:t>Present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Past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Future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Simple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Tense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);</w:t>
      </w:r>
      <w:proofErr w:type="gramEnd"/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-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глаголы в 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видо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-временных  формах  действительного  залога в изъявительном наклонении в </w:t>
      </w:r>
      <w:r>
        <w:rPr>
          <w:rFonts w:ascii="Times New Roman" w:eastAsia="Times New Roman" w:hAnsi="Times New Roman"/>
          <w:color w:val="000000"/>
          <w:sz w:val="24"/>
        </w:rPr>
        <w:t>Present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Perfect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Tense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в повествовательных (утвердительных и отрицательных) и вопросительных предложениях;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- имена существительные во множественном числе, в том числе имена существительные, имеющие форму только множественного числа;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- имена существительные с причастиями настоящего и прошедшего времени;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- наречия в положительной, сравнительной и превосходной степенях, образованные по правилу, и исключения;</w:t>
      </w:r>
      <w:proofErr w:type="gramEnd"/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5)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владеть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социокультурными знаниями и умениями: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- использовать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отдельные социокультурные элементы речевого поведенческого этикета в стране/странах изучаемого языка в рамках тематического содержания;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- знать/понимать и использовать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 устной и письменной речи наиболее употребительную лексику, обозначающую фоновую лексику и реалии страны/стран изучаемого языка в рамках тематического содержания речи;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- правильно оформлять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адрес, писать фамилии и имена (свои, родственников и друзей) на английском языке (в анкете, формуляре);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- обладать базовыми знаниями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 социокультурном портрете родной страны и страны/стран изучаемого языка;</w:t>
      </w:r>
      <w:r w:rsidRPr="003F48FC">
        <w:rPr>
          <w:lang w:val="ru-RU"/>
        </w:rPr>
        <w:br/>
      </w: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-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кратко представлять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Россию и страны/стран изучаемого языка;</w:t>
      </w:r>
    </w:p>
    <w:p w:rsidR="008C3C30" w:rsidRPr="003F48FC" w:rsidRDefault="00951135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6) </w:t>
      </w:r>
      <w:r w:rsidRPr="003F48F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владеть 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компенсаторными умениями: использовать при чтении и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аудировании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языковую</w:t>
      </w:r>
      <w:proofErr w:type="gramEnd"/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86" w:right="728" w:bottom="368" w:left="666" w:header="720" w:footer="720" w:gutter="0"/>
          <w:cols w:space="720" w:equalWidth="0">
            <w:col w:w="10506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66" w:line="220" w:lineRule="exact"/>
        <w:rPr>
          <w:lang w:val="ru-RU"/>
        </w:rPr>
      </w:pPr>
    </w:p>
    <w:p w:rsidR="008C3C30" w:rsidRPr="003F48FC" w:rsidRDefault="00951135">
      <w:pPr>
        <w:autoSpaceDE w:val="0"/>
        <w:autoSpaceDN w:val="0"/>
        <w:spacing w:after="0" w:line="271" w:lineRule="auto"/>
        <w:rPr>
          <w:lang w:val="ru-RU"/>
        </w:rPr>
      </w:pP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догадку, в том числе контекстуальную; игнорировать информацию, не являющуюся необходимой для понимания основного содержания прочитанного/ прослушанного текста или для нахождения в тексте запрашиваемой информации;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62" w:lineRule="auto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7)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8C3C30" w:rsidRPr="003F48FC" w:rsidRDefault="00951135">
      <w:pPr>
        <w:tabs>
          <w:tab w:val="left" w:pos="180"/>
        </w:tabs>
        <w:autoSpaceDE w:val="0"/>
        <w:autoSpaceDN w:val="0"/>
        <w:spacing w:before="190" w:after="0" w:line="262" w:lineRule="auto"/>
        <w:ind w:right="576"/>
        <w:rPr>
          <w:lang w:val="ru-RU"/>
        </w:rPr>
      </w:pPr>
      <w:r w:rsidRPr="003F48FC">
        <w:rPr>
          <w:lang w:val="ru-RU"/>
        </w:rPr>
        <w:tab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8) использовать иноязычные словари и справочники, в том числе информационно-справочные системы в электронной форме.</w:t>
      </w:r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86" w:right="728" w:bottom="1440" w:left="666" w:header="720" w:footer="720" w:gutter="0"/>
          <w:cols w:space="720" w:equalWidth="0">
            <w:col w:w="10506" w:space="0"/>
          </w:cols>
          <w:docGrid w:linePitch="360"/>
        </w:sectPr>
      </w:pPr>
    </w:p>
    <w:p w:rsidR="008C3C30" w:rsidRPr="003F48FC" w:rsidRDefault="008C3C30">
      <w:pPr>
        <w:autoSpaceDE w:val="0"/>
        <w:autoSpaceDN w:val="0"/>
        <w:spacing w:after="64" w:line="220" w:lineRule="exact"/>
        <w:rPr>
          <w:lang w:val="ru-RU"/>
        </w:rPr>
      </w:pPr>
    </w:p>
    <w:p w:rsidR="008C3C30" w:rsidRPr="003F48FC" w:rsidRDefault="008C3C30">
      <w:pPr>
        <w:autoSpaceDE w:val="0"/>
        <w:autoSpaceDN w:val="0"/>
        <w:spacing w:after="78" w:line="220" w:lineRule="exact"/>
        <w:rPr>
          <w:lang w:val="ru-RU"/>
        </w:rPr>
      </w:pPr>
    </w:p>
    <w:p w:rsidR="003F48FC" w:rsidRDefault="003F48FC" w:rsidP="003F48FC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1091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384"/>
        <w:gridCol w:w="1175"/>
        <w:gridCol w:w="283"/>
        <w:gridCol w:w="284"/>
        <w:gridCol w:w="283"/>
        <w:gridCol w:w="709"/>
        <w:gridCol w:w="4111"/>
        <w:gridCol w:w="1559"/>
        <w:gridCol w:w="2126"/>
      </w:tblGrid>
      <w:tr w:rsidR="003F48FC" w:rsidTr="003F48FC">
        <w:trPr>
          <w:trHeight w:hRule="exact" w:val="519"/>
        </w:trPr>
        <w:tc>
          <w:tcPr>
            <w:tcW w:w="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11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Дата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  <w:proofErr w:type="spellEnd"/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деятельности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ind w:left="74" w:right="144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формы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  <w:proofErr w:type="spellEnd"/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цифровые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ресурсы</w:t>
            </w:r>
            <w:proofErr w:type="spellEnd"/>
          </w:p>
        </w:tc>
      </w:tr>
      <w:tr w:rsidR="003F48FC" w:rsidTr="003F48FC">
        <w:trPr>
          <w:trHeight w:hRule="exact" w:val="2012"/>
        </w:trPr>
        <w:tc>
          <w:tcPr>
            <w:tcW w:w="3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8FC" w:rsidRDefault="003F48FC" w:rsidP="00907235"/>
        </w:tc>
        <w:tc>
          <w:tcPr>
            <w:tcW w:w="11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8FC" w:rsidRDefault="003F48FC" w:rsidP="00907235"/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  <w:proofErr w:type="spellEnd"/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8FC" w:rsidRDefault="003F48FC" w:rsidP="00907235"/>
        </w:tc>
        <w:tc>
          <w:tcPr>
            <w:tcW w:w="41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8FC" w:rsidRDefault="003F48FC" w:rsidP="00907235"/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8FC" w:rsidRDefault="003F48FC" w:rsidP="00907235"/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8FC" w:rsidRDefault="003F48FC" w:rsidP="00907235"/>
        </w:tc>
      </w:tr>
      <w:tr w:rsidR="003F48FC" w:rsidRPr="00E50FE1" w:rsidTr="003F48FC">
        <w:trPr>
          <w:trHeight w:hRule="exact" w:val="1886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Моя семья. Мои друзья.</w:t>
            </w:r>
          </w:p>
          <w:p w:rsidR="003F48FC" w:rsidRPr="003F48FC" w:rsidRDefault="003F48FC" w:rsidP="00907235">
            <w:pPr>
              <w:autoSpaceDE w:val="0"/>
              <w:autoSpaceDN w:val="0"/>
              <w:spacing w:before="20" w:after="0" w:line="245" w:lineRule="auto"/>
              <w:ind w:left="72" w:right="43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Семейные праздники (день рождения, Новый год)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01.09.2022 23.09.2022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Начинать, поддерживать и заканчивать разговор, в том числе по телефону; поздравлять с праздником и вежливо реагировать на поздравление; выражать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благодарность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.О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бращаться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собеседника.Сообщать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фактическую информацию, отвечая на вопросы разных видов; запрашивать интересующую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информацию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.С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оставлять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диалог в соответствии с поставленной коммуникативной задачей с опорой на образец; на ключевые слова, речевые ситуации и/или иллюстрации, фотографии.;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4" w:lineRule="auto"/>
              <w:ind w:left="7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опрос; Контрольная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работа;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Самооценка с </w:t>
            </w:r>
            <w:r w:rsidRPr="003F48FC">
              <w:rPr>
                <w:lang w:val="ru-RU"/>
              </w:rPr>
              <w:br/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использованием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«О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ценочного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листа»;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uchi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hyperlink r:id="rId8" w:history="1"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www</w:t>
              </w:r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liveworksheets</w:t>
              </w:r>
              <w:proofErr w:type="spellEnd"/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com</w:t>
              </w:r>
            </w:hyperlink>
          </w:p>
        </w:tc>
      </w:tr>
      <w:tr w:rsidR="003F48FC" w:rsidRPr="00E50FE1" w:rsidTr="003F48FC">
        <w:trPr>
          <w:trHeight w:hRule="exact" w:val="3402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Внешность и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 человека/литературного персонажа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24.09.2022 10.10.2022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6" w:after="0" w:line="254" w:lineRule="auto"/>
              <w:ind w:left="72" w:right="14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Высказываться о фактах, событиях, используя основные типы речи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(описание/характеристика, повествование) с опорой на ключевые слова, план, вопросы и/или иллюстрации,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фотографии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.О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писывать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объект,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человека/литературного персонажа по определённой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схеме.Передавать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содержание прочитанного текста с опорой на вопросы, план, ключевые слова и/или иллюстрации,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фотографии.Кратко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излагать результаты выполненной проектной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работы.Работать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индивидуально и в группе при выполнении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проектной работы.;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Воспроизводить основные коммуникативные типы предложений. Соблюдать порядок слов в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предложении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.И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спользовать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 речи предложения с простым глагольным, составным именным и составным глагольным </w:t>
            </w:r>
            <w:r w:rsidRPr="003F48FC">
              <w:rPr>
                <w:lang w:val="ru-RU"/>
              </w:rPr>
              <w:br/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сказуемыми.Распознавать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 употреблять в устной и письменной речи изученные морфологические формы и синтаксические конструкции английского языка в рамках тематического содержания речи в соответствии с решаемой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коммуникативной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задачей.Распознавать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 письменном тексте и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дифференцировать слова по определённым признакам (существительные, прилагательные, смысловые глаголы).;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6" w:after="0" w:line="250" w:lineRule="auto"/>
              <w:ind w:left="74" w:right="14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опрос; Практическая работа;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uchi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hyperlink r:id="rId9" w:history="1"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www</w:t>
              </w:r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liveworksheets</w:t>
              </w:r>
              <w:proofErr w:type="spellEnd"/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Pr="005447D1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com</w:t>
              </w:r>
            </w:hyperlink>
          </w:p>
        </w:tc>
      </w:tr>
    </w:tbl>
    <w:p w:rsidR="003F48FC" w:rsidRPr="003F48FC" w:rsidRDefault="003F48FC" w:rsidP="003F48FC">
      <w:pPr>
        <w:autoSpaceDE w:val="0"/>
        <w:autoSpaceDN w:val="0"/>
        <w:spacing w:after="0" w:line="14" w:lineRule="exact"/>
        <w:rPr>
          <w:lang w:val="ru-RU"/>
        </w:rPr>
      </w:pPr>
    </w:p>
    <w:p w:rsidR="003F48FC" w:rsidRPr="003F48FC" w:rsidRDefault="003F48FC" w:rsidP="003F48FC">
      <w:pPr>
        <w:rPr>
          <w:lang w:val="ru-RU"/>
        </w:rPr>
        <w:sectPr w:rsidR="003F48FC" w:rsidRPr="003F48FC" w:rsidSect="003F48FC">
          <w:pgSz w:w="11900" w:h="16840"/>
          <w:pgMar w:top="282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3F48FC" w:rsidRPr="003F48FC" w:rsidRDefault="003F48FC" w:rsidP="003F48FC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10818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384"/>
        <w:gridCol w:w="1175"/>
        <w:gridCol w:w="283"/>
        <w:gridCol w:w="284"/>
        <w:gridCol w:w="283"/>
        <w:gridCol w:w="992"/>
        <w:gridCol w:w="3969"/>
        <w:gridCol w:w="1238"/>
        <w:gridCol w:w="2210"/>
      </w:tblGrid>
      <w:tr w:rsidR="003F48FC" w:rsidRPr="00E50FE1" w:rsidTr="003F48FC">
        <w:trPr>
          <w:trHeight w:hRule="exact" w:val="7052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88" w:after="0" w:line="262" w:lineRule="auto"/>
              <w:ind w:left="72" w:right="14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 xml:space="preserve">Досуг и увлечения/хобби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>современного подростка (чтение, кино, спорт)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11.10.2022 14.11.2022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7" w:lineRule="auto"/>
              <w:ind w:left="7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речь учителя по ведению урока. Распознавать на слух и понимать связное высказывание учителя, одноклассника, построенное на знакомом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языковом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материале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.В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ербально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невербально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реагировать на услышанное. Воспринимать на слух и понимать основное содержание несложных аутентичных текстов, содержащие отдельные незнакомые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слова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.О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пределять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тему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прослушанного текста. Воспринимать на слух и понимать запрашиваемую информацию, представленную в явном виде, в несложных аутентичных текстах, содержащих отдельные незнакомые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слова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.И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спользовать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языковую догадку при восприятии на слух текстов, содержащих незнакомые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слова.Игнорировать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незнакомые слова, не мешающие понимать содержание текста.;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Читать про себя и понимать основное содержание несложных адаптированных аутентичных текстов, содержащие отдельные незнакомые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слова.Определять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тему прочитанного текста. Устанавливать логическую последовательность основных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фактов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.С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оотносить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текст/части текста с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иллюстрациями.Читать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про себя и находить в несложных адаптированных аутентичных текстах, содержащих отдельные незнакомые слова запрашиваемую информацию, представленную в явном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виде.Использование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внешних формальных элементов текста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(подзаголовки, иллюстрации, сноски) для понимания основного содержания прочитанного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текста.Догадываться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 значении незнакомых слов по сходству с русским языком, по словообразовательным элементам, по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контексту.Понимать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интернациональные слова в контексте. Игнорировать незнакомые слова, не мешающие понимать основное содержание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текста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.П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ользоваться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сносками и лингвострановедческим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справочником.Находить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значение отдельных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незнакомых слов в двуязычном словаре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учебника.Читать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про себя и понимать запрашиваемую информацию, представленную в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несплошных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текстах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(таблице).Работать с информацией, представленной в разных форматах (текст, рисунок, таблица).;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Воспроизводить основные коммуникативные типы предложений. Соблюдать порядок слов в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предложении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.И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спользовать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 речи предложения с простым глагольным, составным именным и составным глагольным </w:t>
            </w:r>
            <w:r w:rsidRPr="003F48FC">
              <w:rPr>
                <w:lang w:val="ru-RU"/>
              </w:rPr>
              <w:br/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сказуемыми.Распознавать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 употреблять в устной и письменной речи изученные морфологические формы и синтаксические конструкции английского языка в рамках тематического содержания речи в соответствии с решаемой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коммуникативной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задачей.Распознавать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 письменном тексте и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дифференцировать слова по определённым признакам (существительные, прилагательные, смысловые глаголы).;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2" w:lineRule="auto"/>
              <w:ind w:left="74" w:right="14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опрос; Письменный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контроль;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Контрольная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работа;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Практическая работа;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liveworksheets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com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yaklass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uchi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</w:tbl>
    <w:p w:rsidR="003F48FC" w:rsidRPr="003F48FC" w:rsidRDefault="003F48FC" w:rsidP="003F48FC">
      <w:pPr>
        <w:autoSpaceDE w:val="0"/>
        <w:autoSpaceDN w:val="0"/>
        <w:spacing w:after="0" w:line="14" w:lineRule="exact"/>
        <w:rPr>
          <w:lang w:val="ru-RU"/>
        </w:rPr>
      </w:pPr>
    </w:p>
    <w:p w:rsidR="003F48FC" w:rsidRPr="003F48FC" w:rsidRDefault="003F48FC" w:rsidP="003F48FC">
      <w:pPr>
        <w:rPr>
          <w:lang w:val="ru-RU"/>
        </w:rPr>
        <w:sectPr w:rsidR="003F48FC" w:rsidRPr="003F48FC" w:rsidSect="003F48FC">
          <w:pgSz w:w="11900" w:h="1684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3F48FC" w:rsidRPr="003F48FC" w:rsidRDefault="003F48FC" w:rsidP="003F48FC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10818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384"/>
        <w:gridCol w:w="891"/>
        <w:gridCol w:w="425"/>
        <w:gridCol w:w="284"/>
        <w:gridCol w:w="283"/>
        <w:gridCol w:w="1134"/>
        <w:gridCol w:w="3969"/>
        <w:gridCol w:w="1238"/>
        <w:gridCol w:w="2210"/>
      </w:tblGrid>
      <w:tr w:rsidR="003F48FC" w:rsidRPr="00E50FE1" w:rsidTr="003F48FC">
        <w:trPr>
          <w:trHeight w:hRule="exact" w:val="5152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88" w:after="0" w:line="254" w:lineRule="auto"/>
              <w:ind w:left="72" w:right="144"/>
            </w:pP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 xml:space="preserve">Здоровый образ жизни: режим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 xml:space="preserve">труда и отдыха.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Здоровое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питание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15.11.2022 04.12.2022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7" w:lineRule="auto"/>
              <w:ind w:left="7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Читать про себя и понимать основное содержание несложных адаптированных аутентичных текстов, содержащие отдельные незнакомые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слова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.О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пределять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тему прочитанного текста. Устанавливать логическую последовательность основных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фактов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.С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оотносить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текст/части текста с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иллюстрациями.Читать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про себя и находить в несложных адаптированных аутентичных текстах, содержащих отдельные незнакомые слова запрашиваемую информацию, представленную в явном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виде.Использование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внешних формальных элементов текста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(подзаголовки, иллюстрации, сноски) для понимания основного содержания прочитанного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текста.Догадываться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 значении незнакомых слов по сходству с русским языком, по словообразовательным элементам, по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контексту.Понимать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интернациональные слова в контексте. Игнорировать незнакомые слова, не мешающие понимать основное содержание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текста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.П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ользоваться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сносками и лингвострановедческим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справочником.Находить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значение отдельных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незнакомых слов в двуязычном словаре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учебника.Читать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про себя и понимать запрашиваемую информацию, представленную в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несплошных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текстах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(таблице).Работать с информацией, представленной в разных форматах (текст, рисунок, таблица).;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Воспроизводить основные коммуникативные типы предложений. Соблюдать порядок слов в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предложении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.И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спользовать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 речи предложения с простым глагольным, составным именным и составным глагольным </w:t>
            </w:r>
            <w:r w:rsidRPr="003F48FC">
              <w:rPr>
                <w:lang w:val="ru-RU"/>
              </w:rPr>
              <w:br/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сказуемыми.Распознавать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 употреблять в устной и письменной речи изученные морфологические формы и синтаксические конструкции английского языка в рамках тематического содержания речи в соответствии с решаемой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коммуникативной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задачей.Распознавать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 письменном тексте и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дифференцировать слова по определённым признакам (существительные, прилагательные, смысловые глаголы).;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4" w:lineRule="auto"/>
              <w:ind w:left="7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Контрольная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работа;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работа;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Самооценка с </w:t>
            </w:r>
            <w:r w:rsidRPr="003F48FC">
              <w:rPr>
                <w:lang w:val="ru-RU"/>
              </w:rPr>
              <w:br/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использованием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«О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ценочного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листа»;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liveworksheets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com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yaklass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uchi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3F48FC" w:rsidTr="003F48FC">
        <w:trPr>
          <w:trHeight w:hRule="exact" w:val="2824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88" w:after="0" w:line="254" w:lineRule="auto"/>
              <w:ind w:left="7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>Покупки: одежда, обувь и продукты питания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05.12.2022 19.12.2022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Начинать, поддерживать и заканчивать разговор, в том числе по телефону; поздравлять с праздником и вежливо реагировать на поздравление; выражать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благодарность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.О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бращаться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собеседника.Сообщать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фактическую информацию, отвечая на вопросы разных видов; запрашивать интересующую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информацию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.С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оставлять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диалог в соответствии с поставленной коммуникативной задачей с опорой на образец; на ключевые слова, речевые ситуации и/или иллюстрации, фотографии.;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Различать на слух и адекватно произносить все звуки английского языка,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соблюдая нормы произнесения звуков. Соблюдать правильное ударение в изолированном слове,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фразе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.С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облюдать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правило отсутствия ударения на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служебных словах (артиклях, союзах, предлогах).Различать коммуникативный тип предложения по его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интонации.Членить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предложение на смысловые группы.;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50" w:lineRule="auto"/>
              <w:ind w:left="74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Контрольная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https://www.liveworksheets.com https://uchi.ru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</w:t>
            </w:r>
          </w:p>
        </w:tc>
      </w:tr>
    </w:tbl>
    <w:p w:rsidR="003F48FC" w:rsidRDefault="003F48FC" w:rsidP="003F48FC">
      <w:pPr>
        <w:autoSpaceDE w:val="0"/>
        <w:autoSpaceDN w:val="0"/>
        <w:spacing w:after="0" w:line="14" w:lineRule="exact"/>
      </w:pPr>
    </w:p>
    <w:p w:rsidR="003F48FC" w:rsidRDefault="003F48FC" w:rsidP="003F48FC">
      <w:pPr>
        <w:sectPr w:rsidR="003F48FC" w:rsidSect="003F48FC">
          <w:pgSz w:w="11900" w:h="1684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3F48FC" w:rsidRDefault="003F48FC" w:rsidP="003F48FC">
      <w:pPr>
        <w:autoSpaceDE w:val="0"/>
        <w:autoSpaceDN w:val="0"/>
        <w:spacing w:after="66" w:line="220" w:lineRule="exact"/>
      </w:pPr>
    </w:p>
    <w:tbl>
      <w:tblPr>
        <w:tblW w:w="10960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384"/>
        <w:gridCol w:w="1458"/>
        <w:gridCol w:w="284"/>
        <w:gridCol w:w="283"/>
        <w:gridCol w:w="284"/>
        <w:gridCol w:w="1417"/>
        <w:gridCol w:w="3402"/>
        <w:gridCol w:w="1238"/>
        <w:gridCol w:w="2210"/>
      </w:tblGrid>
      <w:tr w:rsidR="003F48FC" w:rsidRPr="00E50FE1" w:rsidTr="003F48FC">
        <w:trPr>
          <w:trHeight w:hRule="exact" w:val="3806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88" w:after="0" w:line="254" w:lineRule="auto"/>
              <w:ind w:left="7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>Школа, школьная жизнь, школьная форма, изучаемые предметы.</w:t>
            </w:r>
          </w:p>
          <w:p w:rsidR="003F48FC" w:rsidRDefault="003F48FC" w:rsidP="00907235">
            <w:pPr>
              <w:autoSpaceDE w:val="0"/>
              <w:autoSpaceDN w:val="0"/>
              <w:spacing w:before="32" w:after="0" w:line="254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Переписка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 xml:space="preserve"> с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зарубежными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сверстниками</w:t>
            </w:r>
            <w:proofErr w:type="spellEnd"/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20.12.2022 29.12.2022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Списывать текст и выписывать из него слова, словосочетания, предложения в соответствии с решаемой коммуникативной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задачей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.В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осстанавливать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предложение, текст в соответствии с решаемой учебной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задачей.Писать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поздравления с праздниками (с Новым годом, Рождеством, днём рождения) с выражением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пожеланий.Заполнять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анкеты и формуляры: сообщать о себе основные сведения (имя, фамилия, возраст, страна проживания, любимое занятия и т.д.).Писать электронное сообщение личного характера: сообщать краткие сведения о себе и запрашивать аналогичную информацию о друге по переписке; выражать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благодарность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.Ф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иксировать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нужную информацию.;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Правильно писать изученные слова. Вставлять пропущенные буквы в </w:t>
            </w:r>
            <w:r w:rsidRPr="003F48FC">
              <w:rPr>
                <w:lang w:val="ru-RU"/>
              </w:rPr>
              <w:br/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слове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.П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равильно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расставлять знаки препинания: запятую при перечислении и обращении; апостроф (в сокращенных формах глаголов (глагола-связки,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вспомогательного и модального); в притяжательном падеже имен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существительных/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Possessive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Case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).Правильно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предложения. Расставлять в электронном сообщении личного характера знаки препинания, диктуемые его форматом, в соответствии с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нормами, принятыми в стране/странах изучаемого языка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.;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2" w:lineRule="auto"/>
              <w:ind w:left="74" w:right="144"/>
              <w:rPr>
                <w:lang w:val="ru-RU"/>
              </w:rPr>
            </w:pP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Письменный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контроль;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Контрольная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работа;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liveworksheets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com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yaklass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uchi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3F48FC" w:rsidRPr="00E50FE1" w:rsidTr="003F48FC">
        <w:trPr>
          <w:trHeight w:hRule="exact" w:val="4902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88" w:after="0" w:line="254" w:lineRule="auto"/>
              <w:ind w:left="72" w:right="144"/>
            </w:pP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 xml:space="preserve">Каникулы в различное время года.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отдыха</w:t>
            </w:r>
            <w:proofErr w:type="spellEnd"/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24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30.12.2022 03.03.2023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7" w:lineRule="auto"/>
              <w:ind w:left="7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Читать про себя и понимать основное содержание несложных адаптированных аутентичных текстов, содержащие отдельные незнакомые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слова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.О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пределять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тему прочитанного текста. Устанавливать логическую последовательность основных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фактов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.С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оотносить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текст/части текста с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иллюстрациями.Читать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про себя и находить в несложных адаптированных аутентичных текстах, содержащих отдельные незнакомые слова запрашиваемую информацию, представленную в явном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виде.Использование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внешних формальных элементов текста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(подзаголовки, иллюстрации, сноски) для понимания основного содержания прочитанного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текста.Догадываться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 значении незнакомых слов по сходству с русским языком, по словообразовательным элементам, по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контексту.Понимать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интернациональные слова в контексте. Игнорировать незнакомые слова, не мешающие понимать основное содержание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текста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.П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ользоваться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сносками и лингвострановедческим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справочником.Находить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значение отдельных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незнакомых слов в двуязычном словаре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учебника.Читать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про себя и понимать запрашиваемую информацию, представленную в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несплошных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текстах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(таблице).Работать с информацией, представленной в разных форматах (текст, рисунок, таблица).;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Узнавать в устном и письменном тексте и употреблять в речи изученные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лексические единицы (слова, словосочетания, речевые клише);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интернациональные слова,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синонимы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.У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знавать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простые словообразовательные элементы (суффиксы, префиксы).Группировать слова по их тематической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принадлежности.Опираться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на языковую догадку в процессе чтения и </w:t>
            </w:r>
            <w:r w:rsidRPr="003F48FC">
              <w:rPr>
                <w:lang w:val="ru-RU"/>
              </w:rPr>
              <w:br/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аудирования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(интернациональные слова, слова, образованные путем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аффиксации).;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4" w:lineRule="auto"/>
              <w:ind w:left="7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Контрольная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работа;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работа;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Самооценка с </w:t>
            </w:r>
            <w:r w:rsidRPr="003F48FC">
              <w:rPr>
                <w:lang w:val="ru-RU"/>
              </w:rPr>
              <w:br/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использованием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«О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ценочного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листа»;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liveworksheets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com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yaklass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uchi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</w:tbl>
    <w:p w:rsidR="003F48FC" w:rsidRPr="003F48FC" w:rsidRDefault="003F48FC" w:rsidP="003F48FC">
      <w:pPr>
        <w:autoSpaceDE w:val="0"/>
        <w:autoSpaceDN w:val="0"/>
        <w:spacing w:after="0" w:line="14" w:lineRule="exact"/>
        <w:rPr>
          <w:lang w:val="ru-RU"/>
        </w:rPr>
      </w:pPr>
    </w:p>
    <w:p w:rsidR="003F48FC" w:rsidRPr="003F48FC" w:rsidRDefault="003F48FC" w:rsidP="003F48FC">
      <w:pPr>
        <w:rPr>
          <w:lang w:val="ru-RU"/>
        </w:rPr>
        <w:sectPr w:rsidR="003F48FC" w:rsidRPr="003F48FC" w:rsidSect="003F48FC">
          <w:pgSz w:w="11900" w:h="16840"/>
          <w:pgMar w:top="284" w:right="640" w:bottom="129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3F48FC" w:rsidRPr="003F48FC" w:rsidRDefault="003F48FC" w:rsidP="003F48FC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10818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283"/>
        <w:gridCol w:w="1134"/>
        <w:gridCol w:w="283"/>
        <w:gridCol w:w="284"/>
        <w:gridCol w:w="283"/>
        <w:gridCol w:w="1134"/>
        <w:gridCol w:w="3969"/>
        <w:gridCol w:w="1238"/>
        <w:gridCol w:w="2210"/>
      </w:tblGrid>
      <w:tr w:rsidR="003F48FC" w:rsidRPr="00E50FE1" w:rsidTr="003F48FC">
        <w:trPr>
          <w:trHeight w:hRule="exact" w:val="3614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88" w:after="0" w:line="254" w:lineRule="auto"/>
              <w:ind w:left="72" w:right="432"/>
            </w:pP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 xml:space="preserve">Природа: дикие и домашние животные.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Погода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04.03.2023 16.03.2023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Высказываться о фактах, событиях, используя основные типы речи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(описание/характеристика, повествование) с опорой на ключевые слова, план, вопросы и/или иллюстрации,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фотографии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.О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писывать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объект,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человека/литературного персонажа по определённой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схеме.Передавать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содержание прочитанного текста с опорой на вопросы, план, ключевые слова и/или иллюстрации,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фотографии.Кратко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излагать результаты выполненной проектной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работы.Работать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индивидуально и в группе при выполнении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проектной работы.;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речь учителя по ведению урока. Распознавать на слух и понимать связное высказывание учителя, одноклассника, построенное на знакомом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языковом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материале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.В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ербально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невербально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реагировать на услышанное. Воспринимать на слух и понимать основное содержание несложных аутентичных текстов, содержащие отдельные незнакомые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слова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.О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пределять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тему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прослушанного текста. Воспринимать на слух и понимать запрашиваемую информацию, представленную в явном виде, в несложных аутентичных текстах, содержащих отдельные незнакомые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слова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.И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спользовать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языковую догадку при восприятии на слух текстов, содержащих незнакомые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слова.Игнорировать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незнакомые слова, не мешающие понимать содержание текста.;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0" w:lineRule="auto"/>
              <w:ind w:left="74" w:right="14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опрос; Практическая работа;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liveworksheets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com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yaklass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uchi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3F48F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3F48FC" w:rsidTr="003F48FC">
        <w:trPr>
          <w:trHeight w:hRule="exact" w:val="1886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88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Родной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город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село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14"/>
              </w:rPr>
              <w:t>Транспорт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17.03.2023 12.04.2023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Воспроизводить основные коммуникативные типы предложений. Соблюдать порядок слов в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предложении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.И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спользовать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 речи предложения с простым глагольным, составным именным и составным глагольным </w:t>
            </w:r>
            <w:r w:rsidRPr="003F48FC">
              <w:rPr>
                <w:lang w:val="ru-RU"/>
              </w:rPr>
              <w:br/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сказуемыми.Распознавать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 употреблять в устной и письменной речи изученные морфологические формы и синтаксические конструкции английского языка в рамках тематического содержания речи в соответствии с решаемой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коммуникативной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задачей.Распознавать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 письменном тексте и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дифференцировать слова по определённым признакам (существительные, прилагательные, смысловые глаголы).;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7" w:lineRule="auto"/>
              <w:ind w:left="74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Контрольная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https://www.liveworksheets.com https://www.yaklass.ru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</w:t>
            </w:r>
          </w:p>
        </w:tc>
      </w:tr>
      <w:tr w:rsidR="003F48FC" w:rsidTr="003F48FC">
        <w:trPr>
          <w:trHeight w:hRule="exact" w:val="2268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86" w:after="0" w:line="271" w:lineRule="auto"/>
              <w:ind w:left="72" w:right="14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 xml:space="preserve">Родная страна и страна/страны изучаемого языка. 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 xml:space="preserve">Их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 xml:space="preserve">географическое положение,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 xml:space="preserve">столицы, достопримечательности, культурные особенности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 xml:space="preserve">(национальные праздники,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102"/>
                <w:sz w:val="14"/>
                <w:lang w:val="ru-RU"/>
              </w:rPr>
              <w:t>традиции, обычаи)</w:t>
            </w:r>
            <w:proofErr w:type="gramEnd"/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13.04.2023 12.05.2023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6" w:after="0" w:line="254" w:lineRule="auto"/>
              <w:ind w:left="7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Использовать отдельные социокультурные элементы речевого поведенческого этикета в стране/странах изучаемого языка в отобранных ситуациях общения («В семье», «В школе», «На улице»).Понимать и использовать в устной и письменной речи наиболее употребительную тематическую фоновую лексику и реалии в рамках отобранного тематического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содержания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.В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ладеть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базовыми знаниями о социокультурном портрете родной страны и страны/стран изучаемого </w:t>
            </w:r>
            <w:r w:rsidRPr="003F48FC">
              <w:rPr>
                <w:lang w:val="ru-RU"/>
              </w:rPr>
              <w:br/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языка.Правильно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оформлять свой адрес на английском языке (в анкете, в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формуляре).Кратко представлять Россию; некоторые культурные явления родной страны и страны/стран изучаемого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языка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.Н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аходить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сходство и различие в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традициях родной страны и страны/стран изучаемого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языка.Систематизировать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 анализировать полученную информацию.;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50" w:lineRule="auto"/>
              <w:ind w:left="74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ВПР;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https://www.liveworksheets.com https://www.yaklass.ru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https://uchi.ru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</w:t>
            </w:r>
          </w:p>
        </w:tc>
      </w:tr>
      <w:tr w:rsidR="003F48FC" w:rsidTr="003F48FC">
        <w:trPr>
          <w:trHeight w:hRule="exact" w:val="227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0" w:lineRule="auto"/>
              <w:ind w:left="72" w:right="288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Выдающиеся люди родной страны и страны/стран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изучаемого языка: писатели, поэты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13.05.2023 27.05.2023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Использовать отдельные социокультурные элементы речевого поведенческого этикета в стране/странах изучаемого языка в отобранных ситуациях общения («В семье», «В школе», «На улице»).Понимать и использовать в устной и письменной речи наиболее употребительную тематическую фоновую лексику и реалии в рамках отобранного тематического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содержания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.В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ладеть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базовыми знаниями о социокультурном портрете родной страны и страны/стран изучаемого </w:t>
            </w:r>
            <w:r w:rsidRPr="003F48FC">
              <w:rPr>
                <w:lang w:val="ru-RU"/>
              </w:rPr>
              <w:br/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языка.Правильно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оформлять свой адрес на английском языке (в анкете, в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формуляре).Кратко представлять Россию; некоторые культурные явления родной страны и страны/стран изучаемого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языка</w:t>
            </w:r>
            <w:proofErr w:type="gram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.Н</w:t>
            </w:r>
            <w:proofErr w:type="gram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аходить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сходство и различие в </w:t>
            </w:r>
            <w:r w:rsidRPr="003F48FC">
              <w:rPr>
                <w:lang w:val="ru-RU"/>
              </w:rPr>
              <w:br/>
            </w: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традициях родной страны и страны/стран изучаемого </w:t>
            </w:r>
            <w:proofErr w:type="spellStart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языка.Систематизировать</w:t>
            </w:r>
            <w:proofErr w:type="spellEnd"/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 анализировать полученную информацию.;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47" w:lineRule="auto"/>
              <w:ind w:left="74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Контрольная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</w:t>
            </w:r>
          </w:p>
        </w:tc>
      </w:tr>
      <w:tr w:rsidR="003F48FC" w:rsidTr="003F48FC">
        <w:trPr>
          <w:trHeight w:hRule="exact" w:val="876"/>
        </w:trPr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Pr="003F48FC" w:rsidRDefault="003F48FC" w:rsidP="00907235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3F48FC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102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</w:t>
            </w:r>
          </w:p>
        </w:tc>
        <w:tc>
          <w:tcPr>
            <w:tcW w:w="8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48FC" w:rsidRDefault="003F48FC" w:rsidP="00907235"/>
        </w:tc>
      </w:tr>
    </w:tbl>
    <w:p w:rsidR="003F48FC" w:rsidRDefault="003F48FC" w:rsidP="003F48FC">
      <w:pPr>
        <w:autoSpaceDE w:val="0"/>
        <w:autoSpaceDN w:val="0"/>
        <w:spacing w:after="0" w:line="14" w:lineRule="exact"/>
      </w:pPr>
    </w:p>
    <w:p w:rsidR="003F48FC" w:rsidRDefault="003F48FC" w:rsidP="003F48FC">
      <w:pPr>
        <w:sectPr w:rsidR="003F48FC" w:rsidSect="003F48FC">
          <w:pgSz w:w="11900" w:h="16840"/>
          <w:pgMar w:top="284" w:right="640" w:bottom="37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3F48FC" w:rsidRDefault="003F48FC" w:rsidP="003F48FC">
      <w:pPr>
        <w:autoSpaceDE w:val="0"/>
        <w:autoSpaceDN w:val="0"/>
        <w:spacing w:after="78" w:line="220" w:lineRule="exact"/>
      </w:pPr>
      <w:bookmarkStart w:id="0" w:name="_GoBack"/>
      <w:bookmarkEnd w:id="0"/>
    </w:p>
    <w:p w:rsidR="003F48FC" w:rsidRPr="00E50FE1" w:rsidRDefault="003F48FC" w:rsidP="003F48FC">
      <w:pPr>
        <w:autoSpaceDE w:val="0"/>
        <w:autoSpaceDN w:val="0"/>
        <w:spacing w:after="0" w:line="230" w:lineRule="auto"/>
        <w:rPr>
          <w:lang w:val="ru-RU"/>
        </w:rPr>
      </w:pPr>
      <w:r w:rsidRPr="00E50FE1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УЧЕБНО-МЕТОДИЧЕСКОЕ ОБЕСПЕЧЕНИЕ ОБРАЗОВАТЕЛЬНОГО ПРОЦЕССА </w:t>
      </w:r>
    </w:p>
    <w:p w:rsidR="003F48FC" w:rsidRPr="00E50FE1" w:rsidRDefault="003F48FC" w:rsidP="003F48FC">
      <w:pPr>
        <w:autoSpaceDE w:val="0"/>
        <w:autoSpaceDN w:val="0"/>
        <w:spacing w:before="346" w:after="0" w:line="230" w:lineRule="auto"/>
        <w:rPr>
          <w:lang w:val="ru-RU"/>
        </w:rPr>
      </w:pPr>
      <w:r w:rsidRPr="00E50FE1">
        <w:rPr>
          <w:rFonts w:ascii="Times New Roman" w:eastAsia="Times New Roman" w:hAnsi="Times New Roman"/>
          <w:b/>
          <w:color w:val="000000"/>
          <w:sz w:val="24"/>
          <w:lang w:val="ru-RU"/>
        </w:rPr>
        <w:t>ОБЯЗАТЕЛЬНЫЕ УЧЕБНЫЕ МАТЕРИАЛЫ ДЛЯ УЧЕНИКА</w:t>
      </w:r>
    </w:p>
    <w:p w:rsidR="003F48FC" w:rsidRPr="003F48FC" w:rsidRDefault="003F48FC" w:rsidP="003F48FC">
      <w:pPr>
        <w:autoSpaceDE w:val="0"/>
        <w:autoSpaceDN w:val="0"/>
        <w:spacing w:before="166" w:after="0" w:line="271" w:lineRule="auto"/>
        <w:ind w:right="576"/>
        <w:rPr>
          <w:lang w:val="ru-RU"/>
        </w:rPr>
      </w:pP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Кузовлев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В.П., Лапа Н.М., Костина И.Н. и другие. Английский язык. 5 класс. АО «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Издательств</w:t>
      </w:r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о«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Просвещение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»; </w:t>
      </w:r>
      <w:r w:rsidRPr="003F48FC">
        <w:rPr>
          <w:lang w:val="ru-RU"/>
        </w:rPr>
        <w:br/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3F48FC" w:rsidRPr="003F48FC" w:rsidRDefault="003F48FC" w:rsidP="003F48FC">
      <w:pPr>
        <w:autoSpaceDE w:val="0"/>
        <w:autoSpaceDN w:val="0"/>
        <w:spacing w:before="262" w:after="0" w:line="230" w:lineRule="auto"/>
        <w:rPr>
          <w:lang w:val="ru-RU"/>
        </w:rPr>
      </w:pP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3F48FC" w:rsidRPr="003F48FC" w:rsidRDefault="003F48FC" w:rsidP="003F48FC">
      <w:pPr>
        <w:autoSpaceDE w:val="0"/>
        <w:autoSpaceDN w:val="0"/>
        <w:spacing w:before="166" w:after="0" w:line="271" w:lineRule="auto"/>
        <w:ind w:right="4752"/>
        <w:rPr>
          <w:lang w:val="ru-RU"/>
        </w:rPr>
      </w:pP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Кузовлев</w:t>
      </w:r>
      <w:proofErr w:type="spellEnd"/>
      <w:proofErr w:type="gram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.</w:t>
      </w:r>
      <w:proofErr w:type="gram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П., Лапа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Н.М.и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др. Рабочая тетрадь, 5 класс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Кузовлев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.П., Лапа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Н.М.и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др. Книга для чтения, 5 класс </w:t>
      </w:r>
      <w:proofErr w:type="spellStart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аудиокурс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к учебнику</w:t>
      </w:r>
    </w:p>
    <w:p w:rsidR="003F48FC" w:rsidRPr="003F48FC" w:rsidRDefault="003F48FC" w:rsidP="003F48FC">
      <w:pPr>
        <w:autoSpaceDE w:val="0"/>
        <w:autoSpaceDN w:val="0"/>
        <w:spacing w:before="264" w:after="0" w:line="230" w:lineRule="auto"/>
        <w:rPr>
          <w:lang w:val="ru-RU"/>
        </w:rPr>
      </w:pPr>
      <w:r w:rsidRPr="003F48FC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3F48FC" w:rsidRPr="003F48FC" w:rsidRDefault="003F48FC" w:rsidP="003F48FC">
      <w:pPr>
        <w:autoSpaceDE w:val="0"/>
        <w:autoSpaceDN w:val="0"/>
        <w:spacing w:before="166" w:after="0"/>
        <w:ind w:right="8640"/>
        <w:rPr>
          <w:lang w:val="ru-RU"/>
        </w:rPr>
      </w:pPr>
      <w:proofErr w:type="spellStart"/>
      <w:r>
        <w:rPr>
          <w:rFonts w:ascii="Times New Roman" w:eastAsia="Times New Roman" w:hAnsi="Times New Roman"/>
          <w:color w:val="000000"/>
          <w:sz w:val="24"/>
        </w:rPr>
        <w:t>resh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edu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liveworksheets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com</w:t>
      </w:r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yaklass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F48FC">
        <w:rPr>
          <w:lang w:val="ru-RU"/>
        </w:rPr>
        <w:br/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uchi</w:t>
      </w:r>
      <w:proofErr w:type="spellEnd"/>
      <w:r w:rsidRPr="003F48F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</w:p>
    <w:p w:rsidR="003F48FC" w:rsidRPr="003F48FC" w:rsidRDefault="003F48FC" w:rsidP="003F48FC">
      <w:pPr>
        <w:rPr>
          <w:lang w:val="ru-RU"/>
        </w:rPr>
        <w:sectPr w:rsidR="003F48FC" w:rsidRPr="003F48FC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C3C30" w:rsidRPr="003F48FC" w:rsidRDefault="008C3C30">
      <w:pPr>
        <w:rPr>
          <w:lang w:val="ru-RU"/>
        </w:rPr>
        <w:sectPr w:rsidR="008C3C30" w:rsidRPr="003F48FC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51135" w:rsidRPr="003F48FC" w:rsidRDefault="00951135">
      <w:pPr>
        <w:rPr>
          <w:lang w:val="ru-RU"/>
        </w:rPr>
      </w:pPr>
    </w:p>
    <w:sectPr w:rsidR="00951135" w:rsidRPr="003F48FC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16F19"/>
    <w:rsid w:val="0029639D"/>
    <w:rsid w:val="00326F90"/>
    <w:rsid w:val="003676F8"/>
    <w:rsid w:val="003F48FC"/>
    <w:rsid w:val="004A7487"/>
    <w:rsid w:val="00600E8E"/>
    <w:rsid w:val="008C3C30"/>
    <w:rsid w:val="00907235"/>
    <w:rsid w:val="00951135"/>
    <w:rsid w:val="00AA1D8D"/>
    <w:rsid w:val="00B47730"/>
    <w:rsid w:val="00CB0664"/>
    <w:rsid w:val="00E50FE1"/>
    <w:rsid w:val="00F40AE6"/>
    <w:rsid w:val="00FA1A8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8">
    <w:name w:val="Hyperlink"/>
    <w:basedOn w:val="a2"/>
    <w:uiPriority w:val="99"/>
    <w:unhideWhenUsed/>
    <w:rsid w:val="003F48FC"/>
    <w:rPr>
      <w:color w:val="0000FF" w:themeColor="hyperlink"/>
      <w:u w:val="single"/>
    </w:rPr>
  </w:style>
  <w:style w:type="paragraph" w:styleId="aff9">
    <w:name w:val="Balloon Text"/>
    <w:basedOn w:val="a1"/>
    <w:link w:val="affa"/>
    <w:uiPriority w:val="99"/>
    <w:semiHidden/>
    <w:unhideWhenUsed/>
    <w:rsid w:val="00367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a">
    <w:name w:val="Текст выноски Знак"/>
    <w:basedOn w:val="a2"/>
    <w:link w:val="aff9"/>
    <w:uiPriority w:val="99"/>
    <w:semiHidden/>
    <w:rsid w:val="003676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8">
    <w:name w:val="Hyperlink"/>
    <w:basedOn w:val="a2"/>
    <w:uiPriority w:val="99"/>
    <w:unhideWhenUsed/>
    <w:rsid w:val="003F48FC"/>
    <w:rPr>
      <w:color w:val="0000FF" w:themeColor="hyperlink"/>
      <w:u w:val="single"/>
    </w:rPr>
  </w:style>
  <w:style w:type="paragraph" w:styleId="aff9">
    <w:name w:val="Balloon Text"/>
    <w:basedOn w:val="a1"/>
    <w:link w:val="affa"/>
    <w:uiPriority w:val="99"/>
    <w:semiHidden/>
    <w:unhideWhenUsed/>
    <w:rsid w:val="00367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a">
    <w:name w:val="Текст выноски Знак"/>
    <w:basedOn w:val="a2"/>
    <w:link w:val="aff9"/>
    <w:uiPriority w:val="99"/>
    <w:semiHidden/>
    <w:rsid w:val="003676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veworksheets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liveworksheet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64B2B3F-49C2-46A3-81DE-B72CAB9DA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8317</Words>
  <Characters>47409</Characters>
  <Application>Microsoft Office Word</Application>
  <DocSecurity>0</DocSecurity>
  <Lines>395</Lines>
  <Paragraphs>111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55615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Гузалия</cp:lastModifiedBy>
  <cp:revision>8</cp:revision>
  <dcterms:created xsi:type="dcterms:W3CDTF">2013-12-23T23:15:00Z</dcterms:created>
  <dcterms:modified xsi:type="dcterms:W3CDTF">2023-04-20T05:55:00Z</dcterms:modified>
  <cp:category/>
</cp:coreProperties>
</file>